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29E7934E" w:rsidP="29E7934E" w:rsidRDefault="29E7934E" w14:paraId="76ADF50A" w14:textId="104B7D47">
      <w:pPr>
        <w:pStyle w:val="Title"/>
        <w:spacing w:before="80" w:after="40" w:line="240" w:lineRule="auto"/>
        <w:rPr>
          <w:rFonts w:ascii="Arial" w:hAnsi="Arial" w:eastAsia="Arial" w:cs="Arial"/>
          <w:sz w:val="28"/>
          <w:szCs w:val="28"/>
        </w:rPr>
      </w:pPr>
      <w:r w:rsidRPr="29E7934E" w:rsidR="29E7934E">
        <w:rPr>
          <w:rFonts w:ascii="Arial" w:hAnsi="Arial" w:eastAsia="Arial" w:cs="Arial"/>
          <w:b w:val="1"/>
          <w:bCs w:val="1"/>
          <w:color w:val="1F3A5F"/>
          <w:sz w:val="28"/>
          <w:szCs w:val="28"/>
        </w:rPr>
        <w:t>Visiting Scholar application form</w:t>
      </w:r>
    </w:p>
    <w:p w:rsidR="29E7934E" w:rsidP="29E7934E" w:rsidRDefault="29E7934E" w14:paraId="709E62D7" w14:textId="12E2F932">
      <w:pPr>
        <w:pStyle w:val="NoSpacing"/>
      </w:pPr>
    </w:p>
    <w:p w:rsidR="29E7934E" w:rsidP="29E7934E" w:rsidRDefault="29E7934E" w14:paraId="6532318D" w14:textId="525A48C4">
      <w:pPr>
        <w:pStyle w:val="Normal"/>
        <w:spacing w:before="0" w:after="240"/>
        <w:rPr>
          <w:rFonts w:ascii="Arial" w:hAnsi="Arial" w:eastAsia="Arial" w:cs="Arial"/>
          <w:b w:val="1"/>
          <w:bCs w:val="1"/>
          <w:i w:val="0"/>
          <w:iCs w:val="0"/>
          <w:color w:val="2F6B9A"/>
          <w:sz w:val="24"/>
          <w:szCs w:val="24"/>
        </w:rPr>
      </w:pPr>
      <w:r w:rsidRPr="29E7934E" w:rsidR="29E7934E">
        <w:rPr>
          <w:rFonts w:ascii="Arial" w:hAnsi="Arial" w:eastAsia="Arial" w:cs="Arial"/>
          <w:b w:val="1"/>
          <w:bCs w:val="1"/>
          <w:i w:val="0"/>
          <w:iCs w:val="0"/>
          <w:color w:val="2F6B9A"/>
          <w:sz w:val="24"/>
          <w:szCs w:val="24"/>
        </w:rPr>
        <w:t>School of Education, Durham University</w:t>
      </w:r>
    </w:p>
    <w:tbl>
      <w:tblPr>
        <w:tblW w:w="0" w:type="auto"/>
        <w:jc w:val="center"/>
        <w:tblLayout w:type="fixed"/>
        <w:tblLook w:val="04A0" w:firstRow="1" w:lastRow="0" w:firstColumn="1" w:lastColumn="0" w:noHBand="0" w:noVBand="1"/>
        <w:tblBorders>
          <w:top w:val="single" w:color="2F6B9A" w:sz="8"/>
          <w:left w:val="single" w:color="2F6B9A" w:sz="8"/>
          <w:bottom w:val="single" w:color="2F6B9A" w:sz="8"/>
          <w:right w:val="single" w:color="2F6B9A" w:sz="8"/>
          <w:insideH w:val="single" w:color="2F6B9A" w:sz="6"/>
          <w:insideV w:val="single" w:color="2F6B9A" w:sz="6"/>
        </w:tblBorders>
      </w:tblPr>
      <w:tblGrid>
        <w:gridCol w:w="9792"/>
      </w:tblGrid>
      <w:tr xmlns:wp14="http://schemas.microsoft.com/office/word/2010/wordml" w:rsidTr="29E7934E" w14:paraId="42DE5EA6" wp14:textId="77777777">
        <w:tc>
          <w:tcPr>
            <w:tcW w:w="10080" w:type="dxa"/>
            <w:shd w:val="clear" w:color="auto" w:fill="EAF2F8"/>
            <w:tcMar>
              <w:top w:w="120" w:type="dxa"/>
              <w:left w:w="145" w:type="dxa"/>
              <w:start w:w="145" w:type="dxa"/>
              <w:bottom w:w="120" w:type="dxa"/>
              <w:right w:w="145" w:type="dxa"/>
              <w:end w:w="145" w:type="dxa"/>
            </w:tcMar>
            <w:vAlign w:val="center"/>
          </w:tcPr>
          <w:p w:rsidP="29E7934E" w14:paraId="1EDCD44D" wp14:textId="77777777">
            <w:pPr>
              <w:pStyle w:val="Normal"/>
              <w:spacing w:after="40"/>
              <w:rPr>
                <w:rFonts w:ascii="Arial" w:hAnsi="Arial" w:eastAsia="Arial" w:cs="Arial"/>
                <w:b w:val="1"/>
                <w:bCs w:val="1"/>
                <w:i w:val="0"/>
                <w:iCs w:val="0"/>
                <w:color w:val="172B4D"/>
                <w:sz w:val="22"/>
                <w:szCs w:val="22"/>
              </w:rPr>
            </w:pPr>
            <w:r w:rsidRPr="29E7934E" w:rsidR="29E7934E">
              <w:rPr>
                <w:rFonts w:ascii="Arial" w:hAnsi="Arial" w:eastAsia="Arial" w:cs="Arial"/>
                <w:b w:val="1"/>
                <w:bCs w:val="1"/>
                <w:i w:val="0"/>
                <w:iCs w:val="0"/>
                <w:color w:val="172B4D"/>
                <w:sz w:val="22"/>
                <w:szCs w:val="22"/>
              </w:rPr>
              <w:t>Before you begin</w:t>
            </w:r>
          </w:p>
          <w:p w:rsidP="29E7934E" w14:paraId="45F19431" wp14:textId="77777777">
            <w:pPr>
              <w:pStyle w:val="Normal"/>
              <w:spacing w:after="40"/>
              <w:rPr>
                <w:rFonts w:ascii="Arial" w:hAnsi="Arial" w:eastAsia="Arial" w:cs="Arial"/>
                <w:sz w:val="21"/>
                <w:szCs w:val="21"/>
              </w:rPr>
            </w:pPr>
            <w:r w:rsidRPr="29E7934E" w:rsidR="29E7934E">
              <w:rPr>
                <w:rFonts w:ascii="Arial" w:hAnsi="Arial" w:eastAsia="Arial" w:cs="Arial"/>
                <w:sz w:val="21"/>
                <w:szCs w:val="21"/>
              </w:rPr>
              <w:t>Please read the Visiting Scholar Programme information on our website before completing this form.</w:t>
            </w:r>
          </w:p>
          <w:p w:rsidP="29E7934E" w14:paraId="45B329B1" wp14:textId="676AC6E3">
            <w:pPr>
              <w:pStyle w:val="Normal"/>
              <w:spacing w:after="40"/>
              <w:rPr>
                <w:rFonts w:ascii="Arial" w:hAnsi="Arial" w:eastAsia="Arial" w:cs="Arial"/>
                <w:noProof w:val="0"/>
                <w:sz w:val="21"/>
                <w:szCs w:val="21"/>
                <w:lang w:val="en-US"/>
              </w:rPr>
            </w:pPr>
            <w:r w:rsidRPr="29E7934E" w:rsidR="29E7934E">
              <w:rPr>
                <w:rFonts w:ascii="Arial" w:hAnsi="Arial" w:eastAsia="Arial" w:cs="Arial"/>
                <w:b w:val="0"/>
                <w:bCs w:val="0"/>
                <w:i w:val="0"/>
                <w:iCs w:val="0"/>
                <w:color w:val="172B4D"/>
                <w:sz w:val="21"/>
                <w:szCs w:val="21"/>
                <w:u w:val="single"/>
              </w:rPr>
              <w:t>Programme</w:t>
            </w:r>
            <w:r w:rsidRPr="29E7934E" w:rsidR="29E7934E">
              <w:rPr>
                <w:rFonts w:ascii="Arial" w:hAnsi="Arial" w:eastAsia="Arial" w:cs="Arial"/>
                <w:b w:val="0"/>
                <w:bCs w:val="0"/>
                <w:i w:val="0"/>
                <w:iCs w:val="0"/>
                <w:color w:val="172B4D"/>
                <w:sz w:val="21"/>
                <w:szCs w:val="21"/>
                <w:u w:val="single"/>
              </w:rPr>
              <w:t xml:space="preserve"> information: </w:t>
            </w:r>
            <w:r>
              <w:fldChar w:fldCharType="begin"/>
            </w:r>
            <w:r>
              <w:instrText xml:space="preserve">HYPERLINK "https://www.durham.ac.uk/departments/academic/education/research-and-impact/visiting-scholars/"</w:instrText>
            </w:r>
            <w:r>
              <w:fldChar w:fldCharType="separate"/>
            </w:r>
            <w:r w:rsidRPr="29E7934E" w:rsidR="29E7934E">
              <w:rPr>
                <w:rStyle w:val="Hyperlink"/>
                <w:rFonts w:ascii="Arial" w:hAnsi="Arial" w:eastAsia="Arial" w:cs="Arial"/>
                <w:sz w:val="21"/>
                <w:szCs w:val="21"/>
              </w:rPr>
              <w:t>Visiting Scholars - Durham University</w:t>
            </w:r>
            <w:r>
              <w:fldChar w:fldCharType="end"/>
            </w:r>
          </w:p>
        </w:tc>
      </w:tr>
    </w:tbl>
    <w:p xmlns:wp14="http://schemas.microsoft.com/office/word/2010/wordml" w:rsidP="29E7934E" w14:paraId="018EB2EE" wp14:textId="77777777">
      <w:pPr>
        <w:pStyle w:val="Heading1"/>
        <w:spacing w:before="200" w:after="120" w:line="259" w:lineRule="auto"/>
        <w:shd w:fill="EAF2F8"/>
        <w:pBdr>
          <w:left w:val="single" w:color="2F6B9A" w:sz="18" w:space="6"/>
        </w:pBdr>
        <w:ind w:left="173" w:right="72"/>
        <w:rPr>
          <w:rFonts w:ascii="Arial" w:hAnsi="Arial" w:eastAsia="Arial" w:cs="Arial"/>
          <w:b w:val="1"/>
          <w:bCs w:val="1"/>
          <w:i w:val="0"/>
          <w:iCs w:val="0"/>
          <w:color w:val="1F3A5F"/>
          <w:sz w:val="28"/>
          <w:szCs w:val="28"/>
        </w:rPr>
      </w:pPr>
      <w:r w:rsidRPr="29E7934E" w:rsidR="29E7934E">
        <w:rPr>
          <w:rFonts w:ascii="Arial" w:hAnsi="Arial" w:eastAsia="Arial" w:cs="Arial"/>
          <w:b w:val="1"/>
          <w:bCs w:val="1"/>
          <w:i w:val="0"/>
          <w:iCs w:val="0"/>
          <w:color w:val="1F3A5F"/>
          <w:sz w:val="28"/>
          <w:szCs w:val="28"/>
        </w:rPr>
        <w:t>How to complete and submit this form</w:t>
      </w:r>
    </w:p>
    <w:p xmlns:wp14="http://schemas.microsoft.com/office/word/2010/wordml" w:rsidP="29E7934E" w14:paraId="0702B4C1" wp14:textId="77777777">
      <w:pPr>
        <w:pStyle w:val="ListBullet"/>
        <w:spacing w:after="40"/>
        <w:rPr>
          <w:rFonts w:ascii="Arial" w:hAnsi="Arial" w:eastAsia="Arial" w:cs="Arial"/>
          <w:sz w:val="22"/>
          <w:szCs w:val="22"/>
        </w:rPr>
      </w:pPr>
      <w:r w:rsidRPr="29E7934E" w:rsidR="29E7934E">
        <w:rPr>
          <w:rFonts w:ascii="Arial" w:hAnsi="Arial" w:eastAsia="Arial" w:cs="Arial"/>
          <w:sz w:val="22"/>
          <w:szCs w:val="22"/>
        </w:rPr>
        <w:t>Save a copy of this form before you begin completing it.</w:t>
      </w:r>
    </w:p>
    <w:p xmlns:wp14="http://schemas.microsoft.com/office/word/2010/wordml" w:rsidP="29E7934E" w14:paraId="21639350" wp14:textId="77777777">
      <w:pPr>
        <w:pStyle w:val="ListBullet"/>
        <w:spacing w:after="40"/>
        <w:rPr>
          <w:rFonts w:ascii="Arial" w:hAnsi="Arial" w:eastAsia="Arial" w:cs="Arial"/>
          <w:sz w:val="22"/>
          <w:szCs w:val="22"/>
        </w:rPr>
      </w:pPr>
      <w:r w:rsidRPr="29E7934E" w:rsidR="29E7934E">
        <w:rPr>
          <w:rFonts w:ascii="Arial" w:hAnsi="Arial" w:eastAsia="Arial" w:cs="Arial"/>
          <w:b w:val="0"/>
          <w:bCs w:val="0"/>
          <w:i w:val="0"/>
          <w:iCs w:val="0"/>
          <w:color w:val="172B4D"/>
          <w:sz w:val="22"/>
          <w:szCs w:val="22"/>
        </w:rPr>
        <w:t>Type your answers in the shaded fields. The fields will expand as you type.</w:t>
      </w:r>
    </w:p>
    <w:p xmlns:wp14="http://schemas.microsoft.com/office/word/2010/wordml" w:rsidP="29E7934E" w14:paraId="7574A8FC" wp14:textId="77777777">
      <w:pPr>
        <w:pStyle w:val="ListBullet"/>
        <w:spacing w:after="40"/>
        <w:rPr>
          <w:rFonts w:ascii="Arial" w:hAnsi="Arial" w:eastAsia="Arial" w:cs="Arial"/>
          <w:b w:val="0"/>
          <w:bCs w:val="0"/>
          <w:i w:val="0"/>
          <w:iCs w:val="0"/>
          <w:color w:val="172B4D"/>
          <w:sz w:val="21"/>
          <w:szCs w:val="21"/>
        </w:rPr>
      </w:pPr>
      <w:r w:rsidRPr="29E7934E" w:rsidR="29E7934E">
        <w:rPr>
          <w:rFonts w:ascii="Arial" w:hAnsi="Arial" w:eastAsia="Arial" w:cs="Arial"/>
          <w:b w:val="0"/>
          <w:bCs w:val="0"/>
          <w:i w:val="0"/>
          <w:iCs w:val="0"/>
          <w:color w:val="172B4D"/>
          <w:sz w:val="21"/>
          <w:szCs w:val="21"/>
        </w:rPr>
        <w:t>Use the Tab key to move between fields if you prefer to use a keyboard.</w:t>
      </w:r>
    </w:p>
    <w:p xmlns:wp14="http://schemas.microsoft.com/office/word/2010/wordml" w:rsidP="29E7934E" w14:paraId="7F99263D" wp14:textId="77777777">
      <w:pPr>
        <w:pStyle w:val="ListBullet"/>
        <w:spacing w:after="40"/>
        <w:rPr>
          <w:rFonts w:ascii="Arial" w:hAnsi="Arial" w:eastAsia="Arial" w:cs="Arial"/>
          <w:b w:val="0"/>
          <w:bCs w:val="0"/>
          <w:i w:val="0"/>
          <w:iCs w:val="0"/>
          <w:color w:val="172B4D"/>
          <w:sz w:val="21"/>
          <w:szCs w:val="21"/>
        </w:rPr>
      </w:pPr>
      <w:r w:rsidRPr="29E7934E" w:rsidR="29E7934E">
        <w:rPr>
          <w:rFonts w:ascii="Arial" w:hAnsi="Arial" w:eastAsia="Arial" w:cs="Arial"/>
          <w:b w:val="0"/>
          <w:bCs w:val="0"/>
          <w:i w:val="0"/>
          <w:iCs w:val="0"/>
          <w:color w:val="172B4D"/>
          <w:sz w:val="21"/>
          <w:szCs w:val="21"/>
        </w:rPr>
        <w:t>Attach all supporting documents listed in the checklist at the end of the form.</w:t>
      </w:r>
    </w:p>
    <w:p xmlns:wp14="http://schemas.microsoft.com/office/word/2010/wordml" w:rsidP="29E7934E" w14:paraId="7A61D77B" wp14:textId="7D3C40E5">
      <w:pPr>
        <w:pStyle w:val="ListBullet"/>
        <w:spacing w:after="40"/>
        <w:rPr>
          <w:rFonts w:ascii="Arial" w:hAnsi="Arial" w:eastAsia="Arial" w:cs="Arial"/>
          <w:b w:val="0"/>
          <w:bCs w:val="0"/>
          <w:i w:val="0"/>
          <w:iCs w:val="0"/>
          <w:color w:val="172B4D"/>
          <w:sz w:val="21"/>
          <w:szCs w:val="21"/>
        </w:rPr>
      </w:pPr>
      <w:r w:rsidRPr="29E7934E" w:rsidR="29E7934E">
        <w:rPr>
          <w:rFonts w:ascii="Arial" w:hAnsi="Arial" w:eastAsia="Arial" w:cs="Arial"/>
          <w:b w:val="0"/>
          <w:bCs w:val="0"/>
          <w:i w:val="0"/>
          <w:iCs w:val="0"/>
          <w:color w:val="172B4D"/>
          <w:sz w:val="21"/>
          <w:szCs w:val="21"/>
        </w:rPr>
        <w:t xml:space="preserve">Email your completed application and attachments to </w:t>
      </w:r>
      <w:hyperlink r:id="R71cf5fe8fde24cc6">
        <w:r w:rsidRPr="29E7934E" w:rsidR="29E7934E">
          <w:rPr>
            <w:rStyle w:val="Hyperlink"/>
            <w:rFonts w:ascii="Arial" w:hAnsi="Arial" w:eastAsia="Arial" w:cs="Arial"/>
            <w:b w:val="0"/>
            <w:bCs w:val="0"/>
            <w:i w:val="0"/>
            <w:iCs w:val="0"/>
          </w:rPr>
          <w:t>ed.research@durham.ac.uk</w:t>
        </w:r>
      </w:hyperlink>
      <w:r w:rsidRPr="29E7934E" w:rsidR="29E7934E">
        <w:rPr>
          <w:rFonts w:ascii="Arial" w:hAnsi="Arial" w:eastAsia="Arial" w:cs="Arial"/>
          <w:b w:val="0"/>
          <w:bCs w:val="0"/>
          <w:i w:val="0"/>
          <w:iCs w:val="0"/>
          <w:color w:val="172B4D"/>
          <w:sz w:val="21"/>
          <w:szCs w:val="21"/>
        </w:rPr>
        <w:t xml:space="preserve"> </w:t>
      </w:r>
    </w:p>
    <w:p xmlns:wp14="http://schemas.microsoft.com/office/word/2010/wordml" w:rsidP="29E7934E" w14:paraId="7BF0307E" wp14:textId="77777777">
      <w:pPr>
        <w:pStyle w:val="Heading1"/>
        <w:spacing w:before="200" w:after="120" w:line="259" w:lineRule="auto"/>
        <w:shd w:fill="EAF2F8"/>
        <w:pBdr>
          <w:left w:val="single" w:color="2F6B9A" w:sz="18" w:space="6"/>
        </w:pBdr>
        <w:ind w:left="165" w:right="72"/>
        <w:rPr>
          <w:rFonts w:ascii="Arial" w:hAnsi="Arial" w:eastAsia="Arial" w:cs="Arial"/>
          <w:sz w:val="28"/>
          <w:szCs w:val="28"/>
        </w:rPr>
      </w:pPr>
      <w:r w:rsidRPr="29E7934E" w:rsidR="29E7934E">
        <w:rPr>
          <w:rFonts w:ascii="Arial" w:hAnsi="Arial" w:eastAsia="Arial" w:cs="Arial"/>
          <w:sz w:val="28"/>
          <w:szCs w:val="28"/>
        </w:rPr>
        <w:t>About you and your proposed visit</w:t>
      </w:r>
    </w:p>
    <w:p xmlns:wp14="http://schemas.microsoft.com/office/word/2010/wordml" w:rsidP="29E7934E" w14:paraId="09E9681E" wp14:textId="77777777">
      <w:pPr>
        <w:keepNext w:val="1"/>
        <w:spacing w:before="0" w:after="100" w:line="259" w:lineRule="auto"/>
        <w:rPr>
          <w:rFonts w:ascii="Arial" w:hAnsi="Arial" w:eastAsia="Arial" w:cs="Arial"/>
          <w:b w:val="0"/>
          <w:bCs w:val="0"/>
          <w:i w:val="0"/>
          <w:iCs w:val="0"/>
          <w:color w:val="172B4D"/>
          <w:sz w:val="21"/>
          <w:szCs w:val="21"/>
        </w:rPr>
      </w:pPr>
      <w:r w:rsidRPr="29E7934E" w:rsidR="29E7934E">
        <w:rPr>
          <w:rFonts w:ascii="Arial" w:hAnsi="Arial" w:eastAsia="Arial" w:cs="Arial"/>
          <w:b w:val="0"/>
          <w:bCs w:val="0"/>
          <w:i w:val="0"/>
          <w:iCs w:val="0"/>
          <w:color w:val="172B4D"/>
          <w:sz w:val="21"/>
          <w:szCs w:val="21"/>
        </w:rPr>
        <w:t>Please give the details below. If an exact date has not yet been agreed, enter your preferred dates.</w:t>
      </w:r>
    </w:p>
    <w:tbl>
      <w:tblPr>
        <w:tblW w:w="0" w:type="auto"/>
        <w:jc w:val="center"/>
        <w:tblLayout w:type="fixed"/>
        <w:tblLook w:val="04A0" w:firstRow="1" w:lastRow="0" w:firstColumn="1" w:lastColumn="0" w:noHBand="0" w:noVBand="1"/>
        <w:tblBorders>
          <w:top w:val="single" w:color="B8C7D4" w:sz="8"/>
          <w:left w:val="single" w:color="B8C7D4" w:sz="8"/>
          <w:bottom w:val="single" w:color="B8C7D4" w:sz="8"/>
          <w:right w:val="single" w:color="B8C7D4" w:sz="8"/>
          <w:insideH w:val="single" w:color="D7E0E7" w:sz="6"/>
          <w:insideV w:val="single" w:color="D7E0E7" w:sz="6"/>
        </w:tblBorders>
      </w:tblPr>
      <w:tblGrid>
        <w:gridCol w:w="3384"/>
        <w:gridCol w:w="6408"/>
      </w:tblGrid>
      <w:tr xmlns:wp14="http://schemas.microsoft.com/office/word/2010/wordml" w:rsidTr="29E7934E" w14:paraId="59A8D942" wp14:textId="77777777">
        <w:trPr>
          <w:cantSplit/>
        </w:trPr>
        <w:tc>
          <w:tcPr>
            <w:tcW w:w="3384" w:type="dxa"/>
            <w:tcMar/>
            <w:vAlign w:val="center"/>
            <w:tcMar>
              <w:top w:w="120" w:type="dxa"/>
              <w:start w:w="145" w:type="dxa"/>
              <w:bottom w:w="120" w:type="dxa"/>
              <w:end w:w="145" w:type="dxa"/>
            </w:tcMar>
            <w:shd w:fill="F5F7F9"/>
          </w:tcPr>
          <w:p w:rsidP="29E7934E" w14:paraId="66C95A1A" wp14:textId="77777777">
            <w:pPr>
              <w:spacing w:after="40"/>
              <w:rPr>
                <w:rFonts w:ascii="Arial" w:hAnsi="Arial" w:eastAsia="Arial" w:cs="Arial"/>
                <w:b w:val="1"/>
                <w:bCs w:val="1"/>
                <w:i w:val="0"/>
                <w:iCs w:val="0"/>
                <w:color w:val="172B4D"/>
                <w:sz w:val="22"/>
                <w:szCs w:val="22"/>
              </w:rPr>
            </w:pPr>
            <w:r w:rsidRPr="29E7934E" w:rsidR="29E7934E">
              <w:rPr>
                <w:rFonts w:ascii="Arial" w:hAnsi="Arial" w:eastAsia="Arial" w:cs="Arial"/>
                <w:b w:val="1"/>
                <w:bCs w:val="1"/>
                <w:i w:val="0"/>
                <w:iCs w:val="0"/>
                <w:color w:val="172B4D"/>
                <w:sz w:val="22"/>
                <w:szCs w:val="22"/>
              </w:rPr>
              <w:t>Full name</w:t>
            </w:r>
          </w:p>
        </w:tc>
        <w:tc>
          <w:tcPr>
            <w:tcW w:w="6408" w:type="dxa"/>
            <w:tcMar/>
            <w:vAlign w:val="center"/>
            <w:tcMar>
              <w:top w:w="120" w:type="dxa"/>
              <w:start w:w="145" w:type="dxa"/>
              <w:bottom w:w="120" w:type="dxa"/>
              <w:end w:w="145" w:type="dxa"/>
            </w:tcMar>
            <w:shd w:fill="F7FBFE"/>
          </w:tcPr>
          <w:p w:rsidP="29E7934E" w14:paraId="26B48855" wp14:textId="77777777">
            <w:pPr>
              <w:spacing w:after="40"/>
              <w:rPr>
                <w:rFonts w:ascii="Arial" w:hAnsi="Arial" w:eastAsia="Arial" w:cs="Arial"/>
                <w:b w:val="0"/>
                <w:bCs w:val="0"/>
                <w:i w:val="0"/>
                <w:iCs w:val="0"/>
                <w:color w:val="66788A"/>
                <w:sz w:val="21"/>
                <w:szCs w:val="21"/>
              </w:rPr>
            </w:pPr>
            <w:sdt>
              <w:sdtPr>
                <w:id w:val="1168802956"/>
                <w:text/>
                <w:alias w:val="FULL_NAME"/>
                <w:tag w:val="FULL_NAME"/>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50B8C2E4" wp14:textId="77777777">
        <w:trPr>
          <w:cantSplit/>
        </w:trPr>
        <w:tc>
          <w:tcPr>
            <w:tcW w:w="3384" w:type="dxa"/>
            <w:tcMar/>
            <w:vAlign w:val="center"/>
            <w:tcMar>
              <w:top w:w="120" w:type="dxa"/>
              <w:start w:w="145" w:type="dxa"/>
              <w:bottom w:w="120" w:type="dxa"/>
              <w:end w:w="145" w:type="dxa"/>
            </w:tcMar>
            <w:shd w:fill="F5F7F9"/>
          </w:tcPr>
          <w:p w:rsidP="29E7934E" w14:paraId="42445564" wp14:textId="77777777">
            <w:pPr>
              <w:spacing w:after="40"/>
              <w:rPr>
                <w:rFonts w:ascii="Arial" w:hAnsi="Arial" w:eastAsia="Arial" w:cs="Arial"/>
                <w:b w:val="1"/>
                <w:bCs w:val="1"/>
                <w:i w:val="0"/>
                <w:iCs w:val="0"/>
                <w:color w:val="172B4D"/>
                <w:sz w:val="22"/>
                <w:szCs w:val="22"/>
              </w:rPr>
            </w:pPr>
            <w:r w:rsidRPr="29E7934E" w:rsidR="29E7934E">
              <w:rPr>
                <w:rFonts w:ascii="Arial" w:hAnsi="Arial" w:eastAsia="Arial" w:cs="Arial"/>
                <w:b w:val="1"/>
                <w:bCs w:val="1"/>
                <w:i w:val="0"/>
                <w:iCs w:val="0"/>
                <w:color w:val="172B4D"/>
                <w:sz w:val="22"/>
                <w:szCs w:val="22"/>
              </w:rPr>
              <w:t>Job title or current position</w:t>
            </w:r>
          </w:p>
        </w:tc>
        <w:tc>
          <w:tcPr>
            <w:tcW w:w="6408" w:type="dxa"/>
            <w:tcMar/>
            <w:vAlign w:val="center"/>
            <w:tcMar>
              <w:top w:w="120" w:type="dxa"/>
              <w:start w:w="145" w:type="dxa"/>
              <w:bottom w:w="120" w:type="dxa"/>
              <w:end w:w="145" w:type="dxa"/>
            </w:tcMar>
            <w:shd w:fill="F7FBFE"/>
          </w:tcPr>
          <w:p w:rsidP="29E7934E" w14:paraId="7A36CACD" wp14:textId="77777777">
            <w:pPr>
              <w:spacing w:after="40"/>
              <w:rPr>
                <w:rFonts w:ascii="Arial" w:hAnsi="Arial" w:eastAsia="Arial" w:cs="Arial"/>
                <w:b w:val="0"/>
                <w:bCs w:val="0"/>
                <w:i w:val="0"/>
                <w:iCs w:val="0"/>
                <w:color w:val="66788A"/>
                <w:sz w:val="21"/>
                <w:szCs w:val="21"/>
              </w:rPr>
            </w:pPr>
            <w:sdt>
              <w:sdtPr>
                <w:id w:val="415824992"/>
                <w:text/>
                <w:alias w:val="JOB_TITLE"/>
                <w:tag w:val="JOB_TITLE"/>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3352ACF0" wp14:textId="77777777">
        <w:trPr>
          <w:cantSplit/>
        </w:trPr>
        <w:tc>
          <w:tcPr>
            <w:tcW w:w="3384" w:type="dxa"/>
            <w:tcMar/>
            <w:vAlign w:val="center"/>
            <w:tcMar>
              <w:top w:w="120" w:type="dxa"/>
              <w:start w:w="145" w:type="dxa"/>
              <w:bottom w:w="120" w:type="dxa"/>
              <w:end w:w="145" w:type="dxa"/>
            </w:tcMar>
            <w:shd w:fill="F5F7F9"/>
          </w:tcPr>
          <w:p w:rsidP="29E7934E" w14:paraId="35C88F5A" wp14:textId="77777777">
            <w:pPr>
              <w:spacing w:after="40"/>
              <w:rPr>
                <w:rFonts w:ascii="Arial" w:hAnsi="Arial" w:eastAsia="Arial" w:cs="Arial"/>
                <w:b w:val="1"/>
                <w:bCs w:val="1"/>
                <w:i w:val="0"/>
                <w:iCs w:val="0"/>
                <w:color w:val="172B4D"/>
                <w:sz w:val="22"/>
                <w:szCs w:val="22"/>
              </w:rPr>
            </w:pPr>
            <w:r w:rsidRPr="29E7934E" w:rsidR="29E7934E">
              <w:rPr>
                <w:rFonts w:ascii="Arial" w:hAnsi="Arial" w:eastAsia="Arial" w:cs="Arial"/>
                <w:b w:val="1"/>
                <w:bCs w:val="1"/>
                <w:i w:val="0"/>
                <w:iCs w:val="0"/>
                <w:color w:val="172B4D"/>
                <w:sz w:val="22"/>
                <w:szCs w:val="22"/>
              </w:rPr>
              <w:t>Institution or organisation</w:t>
            </w:r>
          </w:p>
        </w:tc>
        <w:tc>
          <w:tcPr>
            <w:tcW w:w="6408" w:type="dxa"/>
            <w:tcMar/>
            <w:vAlign w:val="center"/>
            <w:tcMar>
              <w:top w:w="120" w:type="dxa"/>
              <w:start w:w="145" w:type="dxa"/>
              <w:bottom w:w="120" w:type="dxa"/>
              <w:end w:w="145" w:type="dxa"/>
            </w:tcMar>
            <w:shd w:fill="F7FBFE"/>
          </w:tcPr>
          <w:p w:rsidP="29E7934E" w14:paraId="0D31EFEC" wp14:textId="77777777">
            <w:pPr>
              <w:spacing w:after="40"/>
              <w:rPr>
                <w:rFonts w:ascii="Arial" w:hAnsi="Arial" w:eastAsia="Arial" w:cs="Arial"/>
                <w:b w:val="0"/>
                <w:bCs w:val="0"/>
                <w:i w:val="0"/>
                <w:iCs w:val="0"/>
                <w:color w:val="66788A"/>
                <w:sz w:val="21"/>
                <w:szCs w:val="21"/>
              </w:rPr>
            </w:pPr>
            <w:sdt>
              <w:sdtPr>
                <w:id w:val="789084438"/>
                <w:text/>
                <w:alias w:val="INSTITUTION"/>
                <w:tag w:val="INSTITUTION"/>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711C211F" wp14:textId="77777777">
        <w:trPr>
          <w:cantSplit/>
        </w:trPr>
        <w:tc>
          <w:tcPr>
            <w:tcW w:w="3384" w:type="dxa"/>
            <w:tcMar/>
            <w:vAlign w:val="center"/>
            <w:tcMar>
              <w:top w:w="120" w:type="dxa"/>
              <w:start w:w="145" w:type="dxa"/>
              <w:bottom w:w="120" w:type="dxa"/>
              <w:end w:w="145" w:type="dxa"/>
            </w:tcMar>
            <w:shd w:fill="F5F7F9"/>
          </w:tcPr>
          <w:p w:rsidP="29E7934E" w14:paraId="6FD68889" wp14:textId="77777777">
            <w:pPr>
              <w:spacing w:after="40"/>
              <w:rPr>
                <w:rFonts w:ascii="Arial" w:hAnsi="Arial" w:eastAsia="Arial" w:cs="Arial"/>
                <w:b w:val="1"/>
                <w:bCs w:val="1"/>
                <w:i w:val="0"/>
                <w:iCs w:val="0"/>
                <w:color w:val="172B4D"/>
                <w:sz w:val="22"/>
                <w:szCs w:val="22"/>
              </w:rPr>
            </w:pPr>
            <w:r w:rsidRPr="29E7934E" w:rsidR="29E7934E">
              <w:rPr>
                <w:rFonts w:ascii="Arial" w:hAnsi="Arial" w:eastAsia="Arial" w:cs="Arial"/>
                <w:b w:val="1"/>
                <w:bCs w:val="1"/>
                <w:i w:val="0"/>
                <w:iCs w:val="0"/>
                <w:color w:val="172B4D"/>
                <w:sz w:val="22"/>
                <w:szCs w:val="22"/>
              </w:rPr>
              <w:t>Postal address</w:t>
            </w:r>
          </w:p>
        </w:tc>
        <w:tc>
          <w:tcPr>
            <w:tcW w:w="6408" w:type="dxa"/>
            <w:tcMar/>
            <w:vAlign w:val="center"/>
            <w:tcMar>
              <w:top w:w="120" w:type="dxa"/>
              <w:start w:w="145" w:type="dxa"/>
              <w:bottom w:w="120" w:type="dxa"/>
              <w:end w:w="145" w:type="dxa"/>
            </w:tcMar>
            <w:shd w:fill="F7FBFE"/>
          </w:tcPr>
          <w:p w:rsidP="29E7934E" w14:paraId="316F9933" wp14:textId="77777777">
            <w:pPr>
              <w:spacing w:after="40"/>
              <w:rPr>
                <w:rFonts w:ascii="Arial" w:hAnsi="Arial" w:eastAsia="Arial" w:cs="Arial"/>
                <w:b w:val="0"/>
                <w:bCs w:val="0"/>
                <w:i w:val="0"/>
                <w:iCs w:val="0"/>
                <w:color w:val="66788A"/>
                <w:sz w:val="21"/>
                <w:szCs w:val="21"/>
              </w:rPr>
            </w:pPr>
            <w:sdt>
              <w:sdtPr>
                <w:id w:val="1547144007"/>
                <w:text/>
                <w:alias w:val="ADDRESS"/>
                <w:tag w:val="ADDRESS"/>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0771D8E6" wp14:textId="77777777">
        <w:trPr>
          <w:cantSplit/>
        </w:trPr>
        <w:tc>
          <w:tcPr>
            <w:tcW w:w="3384" w:type="dxa"/>
            <w:tcMar/>
            <w:vAlign w:val="center"/>
            <w:tcMar>
              <w:top w:w="120" w:type="dxa"/>
              <w:start w:w="145" w:type="dxa"/>
              <w:bottom w:w="120" w:type="dxa"/>
              <w:end w:w="145" w:type="dxa"/>
            </w:tcMar>
            <w:shd w:fill="F5F7F9"/>
          </w:tcPr>
          <w:p w:rsidP="29E7934E" w14:paraId="58C6109E" wp14:textId="77777777">
            <w:pPr>
              <w:spacing w:after="40"/>
              <w:rPr>
                <w:rFonts w:ascii="Arial" w:hAnsi="Arial" w:eastAsia="Arial" w:cs="Arial"/>
                <w:b w:val="1"/>
                <w:bCs w:val="1"/>
                <w:i w:val="0"/>
                <w:iCs w:val="0"/>
                <w:color w:val="172B4D"/>
                <w:sz w:val="22"/>
                <w:szCs w:val="22"/>
              </w:rPr>
            </w:pPr>
            <w:r w:rsidRPr="29E7934E" w:rsidR="29E7934E">
              <w:rPr>
                <w:rFonts w:ascii="Arial" w:hAnsi="Arial" w:eastAsia="Arial" w:cs="Arial"/>
                <w:b w:val="1"/>
                <w:bCs w:val="1"/>
                <w:i w:val="0"/>
                <w:iCs w:val="0"/>
                <w:color w:val="172B4D"/>
                <w:sz w:val="22"/>
                <w:szCs w:val="22"/>
              </w:rPr>
              <w:t>Email address</w:t>
            </w:r>
          </w:p>
        </w:tc>
        <w:tc>
          <w:tcPr>
            <w:tcW w:w="6408" w:type="dxa"/>
            <w:tcMar/>
            <w:vAlign w:val="center"/>
            <w:tcMar>
              <w:top w:w="120" w:type="dxa"/>
              <w:start w:w="145" w:type="dxa"/>
              <w:bottom w:w="120" w:type="dxa"/>
              <w:end w:w="145" w:type="dxa"/>
            </w:tcMar>
            <w:shd w:fill="F7FBFE"/>
          </w:tcPr>
          <w:p w:rsidP="29E7934E" w14:paraId="69A15643" wp14:textId="77777777">
            <w:pPr>
              <w:spacing w:after="40"/>
              <w:rPr>
                <w:rFonts w:ascii="Arial" w:hAnsi="Arial" w:eastAsia="Arial" w:cs="Arial"/>
                <w:b w:val="0"/>
                <w:bCs w:val="0"/>
                <w:i w:val="0"/>
                <w:iCs w:val="0"/>
                <w:color w:val="66788A"/>
                <w:sz w:val="21"/>
                <w:szCs w:val="21"/>
              </w:rPr>
            </w:pPr>
            <w:sdt>
              <w:sdtPr>
                <w:id w:val="1700925596"/>
                <w:text/>
                <w:alias w:val="EMAIL"/>
                <w:tag w:val="EMAIL"/>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3F0B42D5" wp14:textId="77777777">
        <w:trPr>
          <w:cantSplit/>
        </w:trPr>
        <w:tc>
          <w:tcPr>
            <w:tcW w:w="3384" w:type="dxa"/>
            <w:tcMar/>
            <w:vAlign w:val="center"/>
            <w:tcMar>
              <w:top w:w="120" w:type="dxa"/>
              <w:start w:w="145" w:type="dxa"/>
              <w:bottom w:w="120" w:type="dxa"/>
              <w:end w:w="145" w:type="dxa"/>
            </w:tcMar>
            <w:shd w:fill="F5F7F9"/>
          </w:tcPr>
          <w:p w:rsidP="29E7934E" w14:paraId="500B0CF3" wp14:textId="77777777">
            <w:pPr>
              <w:spacing w:after="40"/>
              <w:rPr>
                <w:rFonts w:ascii="Arial" w:hAnsi="Arial" w:eastAsia="Arial" w:cs="Arial"/>
                <w:b w:val="1"/>
                <w:bCs w:val="1"/>
                <w:i w:val="0"/>
                <w:iCs w:val="0"/>
                <w:color w:val="172B4D"/>
                <w:sz w:val="22"/>
                <w:szCs w:val="22"/>
              </w:rPr>
            </w:pPr>
            <w:r w:rsidRPr="29E7934E" w:rsidR="29E7934E">
              <w:rPr>
                <w:rFonts w:ascii="Arial" w:hAnsi="Arial" w:eastAsia="Arial" w:cs="Arial"/>
                <w:b w:val="1"/>
                <w:bCs w:val="1"/>
                <w:i w:val="0"/>
                <w:iCs w:val="0"/>
                <w:color w:val="172B4D"/>
                <w:sz w:val="22"/>
                <w:szCs w:val="22"/>
              </w:rPr>
              <w:t>Telephone number, including country code</w:t>
            </w:r>
          </w:p>
        </w:tc>
        <w:tc>
          <w:tcPr>
            <w:tcW w:w="6408" w:type="dxa"/>
            <w:tcMar/>
            <w:vAlign w:val="center"/>
            <w:tcMar>
              <w:top w:w="120" w:type="dxa"/>
              <w:start w:w="145" w:type="dxa"/>
              <w:bottom w:w="120" w:type="dxa"/>
              <w:end w:w="145" w:type="dxa"/>
            </w:tcMar>
            <w:shd w:fill="F7FBFE"/>
          </w:tcPr>
          <w:p w:rsidP="29E7934E" w14:paraId="6BC40833" wp14:textId="77777777">
            <w:pPr>
              <w:spacing w:after="40"/>
              <w:rPr>
                <w:rFonts w:ascii="Arial" w:hAnsi="Arial" w:eastAsia="Arial" w:cs="Arial"/>
                <w:b w:val="0"/>
                <w:bCs w:val="0"/>
                <w:i w:val="0"/>
                <w:iCs w:val="0"/>
                <w:color w:val="66788A"/>
                <w:sz w:val="21"/>
                <w:szCs w:val="21"/>
              </w:rPr>
            </w:pPr>
            <w:sdt>
              <w:sdtPr>
                <w:id w:val="428446567"/>
                <w:text/>
                <w:alias w:val="TELEPHONE"/>
                <w:tag w:val="TELEPHONE"/>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658103B9" wp14:textId="77777777">
        <w:trPr>
          <w:cantSplit/>
        </w:trPr>
        <w:tc>
          <w:tcPr>
            <w:tcW w:w="3384" w:type="dxa"/>
            <w:tcMar/>
            <w:vAlign w:val="center"/>
            <w:tcMar>
              <w:top w:w="120" w:type="dxa"/>
              <w:start w:w="145" w:type="dxa"/>
              <w:bottom w:w="120" w:type="dxa"/>
              <w:end w:w="145" w:type="dxa"/>
            </w:tcMar>
            <w:shd w:fill="F5F7F9"/>
          </w:tcPr>
          <w:p w:rsidP="29E7934E" w14:paraId="58F39BA1" wp14:textId="77777777">
            <w:pPr>
              <w:spacing w:after="40"/>
              <w:rPr>
                <w:rFonts w:ascii="Arial" w:hAnsi="Arial" w:eastAsia="Arial" w:cs="Arial"/>
                <w:b w:val="1"/>
                <w:bCs w:val="1"/>
                <w:i w:val="0"/>
                <w:iCs w:val="0"/>
                <w:color w:val="172B4D"/>
                <w:sz w:val="22"/>
                <w:szCs w:val="22"/>
              </w:rPr>
            </w:pPr>
            <w:r w:rsidRPr="29E7934E" w:rsidR="29E7934E">
              <w:rPr>
                <w:rFonts w:ascii="Arial" w:hAnsi="Arial" w:eastAsia="Arial" w:cs="Arial"/>
                <w:b w:val="1"/>
                <w:bCs w:val="1"/>
                <w:i w:val="0"/>
                <w:iCs w:val="0"/>
                <w:color w:val="172B4D"/>
                <w:sz w:val="22"/>
                <w:szCs w:val="22"/>
              </w:rPr>
              <w:t>Proposed start date (DD/MM/YYYY)</w:t>
            </w:r>
          </w:p>
        </w:tc>
        <w:tc>
          <w:tcPr>
            <w:tcW w:w="6408" w:type="dxa"/>
            <w:tcMar/>
            <w:vAlign w:val="center"/>
            <w:tcMar>
              <w:top w:w="120" w:type="dxa"/>
              <w:start w:w="145" w:type="dxa"/>
              <w:bottom w:w="120" w:type="dxa"/>
              <w:end w:w="145" w:type="dxa"/>
            </w:tcMar>
            <w:shd w:fill="F7FBFE"/>
          </w:tcPr>
          <w:p w:rsidP="29E7934E" w14:paraId="57A47ACC" wp14:textId="77777777">
            <w:pPr>
              <w:spacing w:after="40"/>
              <w:rPr>
                <w:rFonts w:ascii="Arial" w:hAnsi="Arial" w:eastAsia="Arial" w:cs="Arial"/>
                <w:b w:val="0"/>
                <w:bCs w:val="0"/>
                <w:i w:val="0"/>
                <w:iCs w:val="0"/>
                <w:color w:val="66788A"/>
                <w:sz w:val="21"/>
                <w:szCs w:val="21"/>
              </w:rPr>
            </w:pPr>
            <w:sdt>
              <w:sdtPr>
                <w:id w:val="978255175"/>
                <w:text/>
                <w:alias w:val="START_DATE"/>
                <w:tag w:val="START_DATE"/>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2C548AB2" wp14:textId="77777777">
        <w:trPr>
          <w:cantSplit/>
        </w:trPr>
        <w:tc>
          <w:tcPr>
            <w:tcW w:w="3384" w:type="dxa"/>
            <w:tcMar/>
            <w:vAlign w:val="center"/>
            <w:tcMar>
              <w:top w:w="120" w:type="dxa"/>
              <w:start w:w="145" w:type="dxa"/>
              <w:bottom w:w="120" w:type="dxa"/>
              <w:end w:w="145" w:type="dxa"/>
            </w:tcMar>
            <w:shd w:fill="F5F7F9"/>
          </w:tcPr>
          <w:p w:rsidP="29E7934E" w14:paraId="25E5523B" wp14:textId="77777777">
            <w:pPr>
              <w:spacing w:after="40"/>
              <w:rPr>
                <w:rFonts w:ascii="Arial" w:hAnsi="Arial" w:eastAsia="Arial" w:cs="Arial"/>
                <w:b w:val="1"/>
                <w:bCs w:val="1"/>
                <w:i w:val="0"/>
                <w:iCs w:val="0"/>
                <w:color w:val="172B4D"/>
                <w:sz w:val="22"/>
                <w:szCs w:val="22"/>
              </w:rPr>
            </w:pPr>
            <w:r w:rsidRPr="29E7934E" w:rsidR="29E7934E">
              <w:rPr>
                <w:rFonts w:ascii="Arial" w:hAnsi="Arial" w:eastAsia="Arial" w:cs="Arial"/>
                <w:b w:val="1"/>
                <w:bCs w:val="1"/>
                <w:i w:val="0"/>
                <w:iCs w:val="0"/>
                <w:color w:val="172B4D"/>
                <w:sz w:val="22"/>
                <w:szCs w:val="22"/>
              </w:rPr>
              <w:t>Proposed end date (DD/MM/YYYY)</w:t>
            </w:r>
          </w:p>
        </w:tc>
        <w:tc>
          <w:tcPr>
            <w:tcW w:w="6408" w:type="dxa"/>
            <w:tcMar/>
            <w:vAlign w:val="center"/>
            <w:tcMar>
              <w:top w:w="120" w:type="dxa"/>
              <w:start w:w="145" w:type="dxa"/>
              <w:bottom w:w="120" w:type="dxa"/>
              <w:end w:w="145" w:type="dxa"/>
            </w:tcMar>
            <w:shd w:fill="F7FBFE"/>
          </w:tcPr>
          <w:p w:rsidP="29E7934E" w14:paraId="1184F52C" wp14:textId="77777777">
            <w:pPr>
              <w:spacing w:after="40"/>
              <w:rPr>
                <w:rFonts w:ascii="Arial" w:hAnsi="Arial" w:eastAsia="Arial" w:cs="Arial"/>
                <w:b w:val="0"/>
                <w:bCs w:val="0"/>
                <w:i w:val="0"/>
                <w:iCs w:val="0"/>
                <w:color w:val="66788A"/>
                <w:sz w:val="21"/>
                <w:szCs w:val="21"/>
              </w:rPr>
            </w:pPr>
            <w:sdt>
              <w:sdtPr>
                <w:id w:val="455705474"/>
                <w:text/>
                <w:alias w:val="END_DATE"/>
                <w:tag w:val="END_DATE"/>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40DA6A67" wp14:textId="77777777">
        <w:trPr>
          <w:cantSplit/>
        </w:trPr>
        <w:tc>
          <w:tcPr>
            <w:tcW w:w="3384" w:type="dxa"/>
            <w:tcMar/>
            <w:vAlign w:val="center"/>
            <w:tcMar>
              <w:top w:w="120" w:type="dxa"/>
              <w:start w:w="145" w:type="dxa"/>
              <w:bottom w:w="120" w:type="dxa"/>
              <w:end w:w="145" w:type="dxa"/>
            </w:tcMar>
            <w:shd w:fill="F5F7F9"/>
          </w:tcPr>
          <w:p w:rsidP="29E7934E" w14:paraId="41544C27" wp14:textId="77777777">
            <w:pPr>
              <w:spacing w:after="40"/>
              <w:rPr>
                <w:rFonts w:ascii="Arial" w:hAnsi="Arial" w:eastAsia="Arial" w:cs="Arial"/>
                <w:b w:val="1"/>
                <w:bCs w:val="1"/>
                <w:i w:val="0"/>
                <w:iCs w:val="0"/>
                <w:color w:val="172B4D"/>
                <w:sz w:val="22"/>
                <w:szCs w:val="22"/>
              </w:rPr>
            </w:pPr>
            <w:r w:rsidRPr="29E7934E" w:rsidR="29E7934E">
              <w:rPr>
                <w:rFonts w:ascii="Arial" w:hAnsi="Arial" w:eastAsia="Arial" w:cs="Arial"/>
                <w:b w:val="1"/>
                <w:bCs w:val="1"/>
                <w:i w:val="0"/>
                <w:iCs w:val="0"/>
                <w:color w:val="172B4D"/>
                <w:sz w:val="22"/>
                <w:szCs w:val="22"/>
              </w:rPr>
              <w:t>Highest qualification held</w:t>
            </w:r>
          </w:p>
        </w:tc>
        <w:tc>
          <w:tcPr>
            <w:tcW w:w="6408" w:type="dxa"/>
            <w:tcMar/>
            <w:vAlign w:val="center"/>
            <w:tcMar>
              <w:top w:w="120" w:type="dxa"/>
              <w:start w:w="145" w:type="dxa"/>
              <w:bottom w:w="120" w:type="dxa"/>
              <w:end w:w="145" w:type="dxa"/>
            </w:tcMar>
            <w:shd w:fill="F7FBFE"/>
          </w:tcPr>
          <w:p w:rsidP="29E7934E" w14:paraId="3C362596" wp14:textId="77777777">
            <w:pPr>
              <w:spacing w:after="40"/>
              <w:rPr>
                <w:rFonts w:ascii="Arial" w:hAnsi="Arial" w:eastAsia="Arial" w:cs="Arial"/>
                <w:b w:val="0"/>
                <w:bCs w:val="0"/>
                <w:i w:val="0"/>
                <w:iCs w:val="0"/>
                <w:color w:val="66788A"/>
                <w:sz w:val="21"/>
                <w:szCs w:val="21"/>
              </w:rPr>
            </w:pPr>
            <w:sdt>
              <w:sdtPr>
                <w:id w:val="1978383063"/>
                <w:text/>
                <w:alias w:val="QUALIFICATION"/>
                <w:tag w:val="QUALIFICATION"/>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bl>
    <w:p xmlns:wp14="http://schemas.microsoft.com/office/word/2010/wordml" w:rsidP="29E7934E" w14:paraId="672A6659" wp14:textId="77777777">
      <w:pPr>
        <w:rPr>
          <w:rFonts w:ascii="Arial" w:hAnsi="Arial" w:eastAsia="Arial" w:cs="Arial"/>
        </w:rPr>
      </w:pPr>
      <w:r w:rsidRPr="29E7934E">
        <w:rPr>
          <w:rFonts w:ascii="Arial" w:hAnsi="Arial" w:eastAsia="Arial" w:cs="Arial"/>
        </w:rPr>
        <w:br w:type="page"/>
      </w:r>
    </w:p>
    <w:p xmlns:wp14="http://schemas.microsoft.com/office/word/2010/wordml" w:rsidP="29E7934E" w14:paraId="5B60767A" wp14:textId="77777777">
      <w:pPr>
        <w:pStyle w:val="Heading1"/>
        <w:spacing w:before="200" w:after="120" w:line="259" w:lineRule="auto"/>
        <w:shd w:fill="EAF2F8"/>
        <w:pBdr>
          <w:left w:val="single" w:color="2F6B9A" w:sz="18" w:space="6"/>
        </w:pBdr>
        <w:ind w:left="173" w:right="72"/>
        <w:rPr>
          <w:rFonts w:ascii="Arial" w:hAnsi="Arial" w:eastAsia="Arial" w:cs="Arial"/>
          <w:b w:val="1"/>
          <w:bCs w:val="1"/>
          <w:i w:val="0"/>
          <w:iCs w:val="0"/>
          <w:color w:val="1F3A5F"/>
          <w:sz w:val="28"/>
          <w:szCs w:val="28"/>
        </w:rPr>
      </w:pPr>
      <w:r w:rsidRPr="29E7934E" w:rsidR="29E7934E">
        <w:rPr>
          <w:rFonts w:ascii="Arial" w:hAnsi="Arial" w:eastAsia="Arial" w:cs="Arial"/>
          <w:b w:val="1"/>
          <w:bCs w:val="1"/>
          <w:i w:val="0"/>
          <w:iCs w:val="0"/>
          <w:color w:val="1F3A5F"/>
          <w:sz w:val="28"/>
          <w:szCs w:val="28"/>
        </w:rPr>
        <w:t>Your proposed research</w:t>
      </w:r>
    </w:p>
    <w:p xmlns:wp14="http://schemas.microsoft.com/office/word/2010/wordml" w:rsidP="29E7934E" w14:paraId="03DE1BBE" wp14:textId="77777777">
      <w:pPr>
        <w:spacing w:before="0" w:after="140" w:line="259" w:lineRule="auto"/>
        <w:rPr>
          <w:rFonts w:ascii="Arial" w:hAnsi="Arial" w:eastAsia="Arial" w:cs="Arial"/>
          <w:b w:val="0"/>
          <w:bCs w:val="0"/>
          <w:i w:val="0"/>
          <w:iCs w:val="0"/>
          <w:color w:val="172B4D"/>
          <w:sz w:val="21"/>
          <w:szCs w:val="21"/>
        </w:rPr>
      </w:pPr>
      <w:r w:rsidRPr="29E7934E" w:rsidR="29E7934E">
        <w:rPr>
          <w:rFonts w:ascii="Arial" w:hAnsi="Arial" w:eastAsia="Arial" w:cs="Arial"/>
          <w:b w:val="0"/>
          <w:bCs w:val="0"/>
          <w:i w:val="0"/>
          <w:iCs w:val="0"/>
          <w:color w:val="172B4D"/>
          <w:sz w:val="21"/>
          <w:szCs w:val="21"/>
        </w:rPr>
        <w:t>Please answer each question separately. This helps us assess your proposal and identify the most appropriate support.</w:t>
      </w:r>
    </w:p>
    <w:p xmlns:wp14="http://schemas.microsoft.com/office/word/2010/wordml" w:rsidP="29E7934E" w14:paraId="4965DC37" wp14:textId="77777777">
      <w:pPr>
        <w:pStyle w:val="Heading2"/>
        <w:spacing w:before="160" w:after="100"/>
        <w:pBdr>
          <w:bottom w:val="single" w:color="AFC4D4" w:sz="6" w:space="3"/>
        </w:pBdr>
        <w:rPr>
          <w:rFonts w:ascii="Arial" w:hAnsi="Arial" w:eastAsia="Arial" w:cs="Arial"/>
          <w:b w:val="1"/>
          <w:bCs w:val="1"/>
          <w:i w:val="0"/>
          <w:iCs w:val="0"/>
          <w:color w:val="2F6B9A"/>
          <w:sz w:val="23"/>
          <w:szCs w:val="23"/>
        </w:rPr>
      </w:pPr>
      <w:r w:rsidRPr="29E7934E" w:rsidR="29E7934E">
        <w:rPr>
          <w:rFonts w:ascii="Arial" w:hAnsi="Arial" w:eastAsia="Arial" w:cs="Arial"/>
          <w:b w:val="1"/>
          <w:bCs w:val="1"/>
          <w:i w:val="0"/>
          <w:iCs w:val="0"/>
          <w:color w:val="2F6B9A"/>
          <w:sz w:val="23"/>
          <w:szCs w:val="23"/>
        </w:rPr>
        <w:t>1. What research will you undertake during your visit?</w:t>
      </w:r>
    </w:p>
    <w:p xmlns:wp14="http://schemas.microsoft.com/office/word/2010/wordml" w:rsidP="29E7934E" w14:paraId="1B70F8F4" wp14:textId="77777777">
      <w:pPr>
        <w:pStyle w:val="Normal"/>
        <w:spacing w:after="80"/>
        <w:rPr>
          <w:rFonts w:ascii="Arial" w:hAnsi="Arial" w:eastAsia="Arial" w:cs="Arial"/>
          <w:sz w:val="19"/>
          <w:szCs w:val="19"/>
        </w:rPr>
      </w:pPr>
      <w:r w:rsidRPr="29E7934E" w:rsidR="29E7934E">
        <w:rPr>
          <w:rFonts w:ascii="Arial" w:hAnsi="Arial" w:eastAsia="Arial" w:cs="Arial"/>
          <w:sz w:val="19"/>
          <w:szCs w:val="19"/>
        </w:rPr>
        <w:t>Describe the aims of the study and the proposed design and methods. Explain how the work will contribute to research in the School of Education. Keep your completed response to a maximum of one A4 page in a font size of at least 11 point.</w:t>
      </w:r>
    </w:p>
    <w:tbl>
      <w:tblPr>
        <w:tblW w:w="0" w:type="auto"/>
        <w:jc w:val="center"/>
        <w:tblLayout w:type="fixed"/>
        <w:tblLook w:val="04A0" w:firstRow="1" w:lastRow="0" w:firstColumn="1" w:lastColumn="0" w:noHBand="0" w:noVBand="1"/>
        <w:tblBorders>
          <w:top w:val="single" w:color="B8C7D4" w:sz="8"/>
          <w:left w:val="single" w:color="B8C7D4" w:sz="8"/>
          <w:bottom w:val="single" w:color="B8C7D4" w:sz="8"/>
          <w:right w:val="single" w:color="B8C7D4" w:sz="8"/>
          <w:insideH w:val="single" w:color="D7E0E7" w:sz="6"/>
          <w:insideV w:val="single" w:color="D7E0E7" w:sz="6"/>
        </w:tblBorders>
      </w:tblPr>
      <w:tblGrid>
        <w:gridCol w:w="9792"/>
      </w:tblGrid>
      <w:tr xmlns:wp14="http://schemas.microsoft.com/office/word/2010/wordml" w:rsidTr="29E7934E" w14:paraId="2FFD674A" wp14:textId="77777777">
        <w:tc>
          <w:tcPr>
            <w:tcW w:w="10080" w:type="dxa"/>
            <w:shd w:val="clear" w:color="auto" w:fill="F7FBFE"/>
            <w:tcMar>
              <w:top w:w="120" w:type="dxa"/>
              <w:left w:w="145" w:type="dxa"/>
              <w:start w:w="145" w:type="dxa"/>
              <w:bottom w:w="120" w:type="dxa"/>
              <w:right w:w="145" w:type="dxa"/>
              <w:end w:w="145" w:type="dxa"/>
            </w:tcMar>
            <w:vAlign w:val="center"/>
          </w:tcPr>
          <w:p w:rsidP="29E7934E" w14:paraId="4B55A0FB" wp14:textId="77777777">
            <w:pPr>
              <w:spacing w:after="40"/>
              <w:rPr>
                <w:rFonts w:ascii="Arial" w:hAnsi="Arial" w:eastAsia="Arial" w:cs="Arial"/>
                <w:b w:val="0"/>
                <w:bCs w:val="0"/>
                <w:i w:val="0"/>
                <w:iCs w:val="0"/>
                <w:color w:val="66788A"/>
                <w:sz w:val="21"/>
                <w:szCs w:val="21"/>
              </w:rPr>
            </w:pPr>
            <w:sdt>
              <w:sdtPr>
                <w:id w:val="2117698759"/>
                <w:text/>
                <w:alias w:val="RESEARCH_PROPOSAL"/>
                <w:tag w:val="RESEARCH_PROPOSAL"/>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p w:rsidP="29E7934E" w14:paraId="29D6B04F"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0A6959E7"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100C5B58"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12F40E89"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608DEACE"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2BAC6FC9"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156A6281"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20876B09"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10146664"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tc>
      </w:tr>
    </w:tbl>
    <w:p xmlns:wp14="http://schemas.microsoft.com/office/word/2010/wordml" w:rsidP="29E7934E" w14:paraId="77FA1164" wp14:textId="77777777">
      <w:pPr>
        <w:pStyle w:val="Heading2"/>
        <w:spacing w:before="160" w:after="100"/>
        <w:pBdr>
          <w:bottom w:val="single" w:color="AFC4D4" w:sz="6" w:space="3"/>
        </w:pBdr>
        <w:rPr>
          <w:rFonts w:ascii="Arial" w:hAnsi="Arial" w:eastAsia="Arial" w:cs="Arial"/>
          <w:b w:val="1"/>
          <w:bCs w:val="1"/>
          <w:i w:val="0"/>
          <w:iCs w:val="0"/>
          <w:color w:val="2F6B9A"/>
          <w:sz w:val="23"/>
          <w:szCs w:val="23"/>
        </w:rPr>
      </w:pPr>
      <w:r w:rsidRPr="29E7934E" w:rsidR="29E7934E">
        <w:rPr>
          <w:rFonts w:ascii="Arial" w:hAnsi="Arial" w:eastAsia="Arial" w:cs="Arial"/>
          <w:b w:val="1"/>
          <w:bCs w:val="1"/>
          <w:i w:val="0"/>
          <w:iCs w:val="0"/>
          <w:color w:val="2F6B9A"/>
          <w:sz w:val="23"/>
          <w:szCs w:val="23"/>
        </w:rPr>
        <w:t>2. What outcomes do you expect from the visit?</w:t>
      </w:r>
    </w:p>
    <w:p xmlns:wp14="http://schemas.microsoft.com/office/word/2010/wordml" w:rsidP="29E7934E" w14:paraId="7B386590" wp14:textId="77777777">
      <w:pPr>
        <w:spacing w:after="80"/>
        <w:rPr>
          <w:rFonts w:ascii="Arial" w:hAnsi="Arial" w:eastAsia="Arial" w:cs="Arial"/>
          <w:b w:val="0"/>
          <w:bCs w:val="0"/>
          <w:i w:val="0"/>
          <w:iCs w:val="0"/>
          <w:color w:val="52667A"/>
          <w:sz w:val="19"/>
          <w:szCs w:val="19"/>
        </w:rPr>
      </w:pPr>
      <w:r w:rsidRPr="29E7934E" w:rsidR="29E7934E">
        <w:rPr>
          <w:rFonts w:ascii="Arial" w:hAnsi="Arial" w:eastAsia="Arial" w:cs="Arial"/>
          <w:b w:val="0"/>
          <w:bCs w:val="0"/>
          <w:i w:val="0"/>
          <w:iCs w:val="0"/>
          <w:color w:val="52667A"/>
          <w:sz w:val="19"/>
          <w:szCs w:val="19"/>
        </w:rPr>
        <w:t>Examples may include a manuscript submission, grant application, conference presentation or collaborative workshop.</w:t>
      </w:r>
    </w:p>
    <w:tbl>
      <w:tblPr>
        <w:tblW w:w="0" w:type="auto"/>
        <w:jc w:val="center"/>
        <w:tblLayout w:type="fixed"/>
        <w:tblLook w:val="04A0" w:firstRow="1" w:lastRow="0" w:firstColumn="1" w:lastColumn="0" w:noHBand="0" w:noVBand="1"/>
        <w:tblBorders>
          <w:top w:val="single" w:color="B8C7D4" w:sz="8"/>
          <w:left w:val="single" w:color="B8C7D4" w:sz="8"/>
          <w:bottom w:val="single" w:color="B8C7D4" w:sz="8"/>
          <w:right w:val="single" w:color="B8C7D4" w:sz="8"/>
          <w:insideH w:val="single" w:color="D7E0E7" w:sz="6"/>
          <w:insideV w:val="single" w:color="D7E0E7" w:sz="6"/>
        </w:tblBorders>
      </w:tblPr>
      <w:tblGrid>
        <w:gridCol w:w="9792"/>
      </w:tblGrid>
      <w:tr xmlns:wp14="http://schemas.microsoft.com/office/word/2010/wordml" w:rsidTr="29E7934E" w14:paraId="377F04CC" wp14:textId="77777777">
        <w:tc>
          <w:tcPr>
            <w:tcW w:w="10080" w:type="dxa"/>
            <w:shd w:val="clear" w:color="auto" w:fill="F7FBFE"/>
            <w:tcMar>
              <w:top w:w="120" w:type="dxa"/>
              <w:left w:w="145" w:type="dxa"/>
              <w:start w:w="145" w:type="dxa"/>
              <w:bottom w:w="120" w:type="dxa"/>
              <w:right w:w="145" w:type="dxa"/>
              <w:end w:w="145" w:type="dxa"/>
            </w:tcMar>
            <w:vAlign w:val="center"/>
          </w:tcPr>
          <w:p w:rsidP="29E7934E" w14:paraId="7F39129D" wp14:textId="77777777">
            <w:pPr>
              <w:spacing w:after="40"/>
              <w:rPr>
                <w:rFonts w:ascii="Arial" w:hAnsi="Arial" w:eastAsia="Arial" w:cs="Arial"/>
                <w:b w:val="0"/>
                <w:bCs w:val="0"/>
                <w:i w:val="0"/>
                <w:iCs w:val="0"/>
                <w:color w:val="66788A"/>
                <w:sz w:val="21"/>
                <w:szCs w:val="21"/>
              </w:rPr>
            </w:pPr>
            <w:sdt>
              <w:sdtPr>
                <w:id w:val="516261321"/>
                <w:text/>
                <w:alias w:val="EXPECTED_OUTCOMES"/>
                <w:tag w:val="EXPECTED_OUTCOMES"/>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p w:rsidP="29E7934E" w14:paraId="5B68B9CD"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1B7172F4"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325CE300"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25DD3341"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tc>
      </w:tr>
    </w:tbl>
    <w:p xmlns:wp14="http://schemas.microsoft.com/office/word/2010/wordml" w:rsidP="29E7934E" w14:paraId="0A37501D" wp14:textId="77777777">
      <w:pPr>
        <w:rPr>
          <w:rFonts w:ascii="Arial" w:hAnsi="Arial" w:eastAsia="Arial" w:cs="Arial"/>
        </w:rPr>
      </w:pPr>
      <w:r w:rsidRPr="29E7934E">
        <w:rPr>
          <w:rFonts w:ascii="Arial" w:hAnsi="Arial" w:eastAsia="Arial" w:cs="Arial"/>
        </w:rPr>
        <w:br w:type="page"/>
      </w:r>
    </w:p>
    <w:p xmlns:wp14="http://schemas.microsoft.com/office/word/2010/wordml" w:rsidP="29E7934E" w14:paraId="5036E5BE" wp14:textId="77777777">
      <w:pPr>
        <w:pStyle w:val="Heading1"/>
        <w:spacing w:before="200" w:after="120" w:line="259" w:lineRule="auto"/>
        <w:shd w:fill="EAF2F8"/>
        <w:pBdr>
          <w:left w:val="single" w:color="2F6B9A" w:sz="18" w:space="6"/>
        </w:pBdr>
        <w:ind w:left="173" w:right="72"/>
        <w:rPr>
          <w:rFonts w:ascii="Arial" w:hAnsi="Arial" w:eastAsia="Arial" w:cs="Arial"/>
          <w:b w:val="1"/>
          <w:bCs w:val="1"/>
          <w:i w:val="0"/>
          <w:iCs w:val="0"/>
          <w:color w:val="1F3A5F"/>
          <w:sz w:val="28"/>
          <w:szCs w:val="28"/>
        </w:rPr>
      </w:pPr>
      <w:r w:rsidRPr="29E7934E" w:rsidR="29E7934E">
        <w:rPr>
          <w:rFonts w:ascii="Arial" w:hAnsi="Arial" w:eastAsia="Arial" w:cs="Arial"/>
          <w:b w:val="1"/>
          <w:bCs w:val="1"/>
          <w:i w:val="0"/>
          <w:iCs w:val="0"/>
          <w:color w:val="1F3A5F"/>
          <w:sz w:val="28"/>
          <w:szCs w:val="28"/>
        </w:rPr>
        <w:t>Academic host</w:t>
      </w:r>
    </w:p>
    <w:p w:rsidR="29E7934E" w:rsidP="29E7934E" w:rsidRDefault="29E7934E" w14:paraId="0C28B8EE" w14:textId="4CAF9266">
      <w:pPr>
        <w:pStyle w:val="Normal"/>
        <w:rPr>
          <w:rFonts w:ascii="Arial" w:hAnsi="Arial" w:eastAsia="Arial" w:cs="Arial"/>
        </w:rPr>
      </w:pPr>
      <w:r w:rsidRPr="29E7934E" w:rsidR="29E7934E">
        <w:rPr>
          <w:rFonts w:ascii="Arial" w:hAnsi="Arial" w:eastAsia="Arial" w:cs="Arial"/>
        </w:rPr>
        <w:t>Contact your proposed academic host before submitting this form and confirm that they are willing to support your application.</w:t>
      </w:r>
    </w:p>
    <w:p xmlns:wp14="http://schemas.microsoft.com/office/word/2010/wordml" w:rsidP="29E7934E" w14:paraId="0A16D28F" wp14:textId="77777777">
      <w:pPr>
        <w:spacing w:before="0" w:after="120" w:line="259" w:lineRule="auto"/>
        <w:rPr>
          <w:rFonts w:ascii="Arial" w:hAnsi="Arial" w:eastAsia="Arial" w:cs="Arial"/>
          <w:b w:val="0"/>
          <w:bCs w:val="0"/>
          <w:i w:val="0"/>
          <w:iCs w:val="0"/>
          <w:color w:val="172B4D"/>
          <w:sz w:val="21"/>
          <w:szCs w:val="21"/>
        </w:rPr>
      </w:pPr>
      <w:r w:rsidRPr="29E7934E" w:rsidR="29E7934E">
        <w:rPr>
          <w:rFonts w:ascii="Arial" w:hAnsi="Arial" w:eastAsia="Arial" w:cs="Arial"/>
          <w:b w:val="0"/>
          <w:bCs w:val="0"/>
          <w:i w:val="0"/>
          <w:iCs w:val="0"/>
          <w:color w:val="172B4D"/>
          <w:sz w:val="21"/>
          <w:szCs w:val="21"/>
        </w:rPr>
        <w:t>Your academic host is the member of School staff who supports your proposed visit.</w:t>
      </w:r>
    </w:p>
    <w:tbl>
      <w:tblPr>
        <w:tblW w:w="0" w:type="auto"/>
        <w:jc w:val="center"/>
        <w:tblLayout w:type="fixed"/>
        <w:tblLook w:val="04A0" w:firstRow="1" w:lastRow="0" w:firstColumn="1" w:lastColumn="0" w:noHBand="0" w:noVBand="1"/>
        <w:tblBorders>
          <w:top w:val="single" w:color="B8C7D4" w:sz="8"/>
          <w:left w:val="single" w:color="B8C7D4" w:sz="8"/>
          <w:bottom w:val="single" w:color="B8C7D4" w:sz="8"/>
          <w:right w:val="single" w:color="B8C7D4" w:sz="8"/>
          <w:insideH w:val="single" w:color="D7E0E7" w:sz="6"/>
          <w:insideV w:val="single" w:color="D7E0E7" w:sz="6"/>
        </w:tblBorders>
      </w:tblPr>
      <w:tblGrid>
        <w:gridCol w:w="3384"/>
        <w:gridCol w:w="6408"/>
      </w:tblGrid>
      <w:tr xmlns:wp14="http://schemas.microsoft.com/office/word/2010/wordml" w:rsidTr="29E7934E" w14:paraId="35E32B03" wp14:textId="77777777">
        <w:trPr>
          <w:cantSplit/>
        </w:trPr>
        <w:tc>
          <w:tcPr>
            <w:tcW w:w="3384" w:type="dxa"/>
            <w:tcMar/>
            <w:vAlign w:val="center"/>
            <w:tcMar>
              <w:top w:w="120" w:type="dxa"/>
              <w:start w:w="145" w:type="dxa"/>
              <w:bottom w:w="120" w:type="dxa"/>
              <w:end w:w="145" w:type="dxa"/>
            </w:tcMar>
            <w:shd w:fill="F5F7F9"/>
          </w:tcPr>
          <w:p w:rsidP="29E7934E" w14:paraId="36B14382"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Name of proposed academic host</w:t>
            </w:r>
          </w:p>
        </w:tc>
        <w:tc>
          <w:tcPr>
            <w:tcW w:w="6408" w:type="dxa"/>
            <w:tcMar/>
            <w:vAlign w:val="center"/>
            <w:tcMar>
              <w:top w:w="120" w:type="dxa"/>
              <w:start w:w="145" w:type="dxa"/>
              <w:bottom w:w="120" w:type="dxa"/>
              <w:end w:w="145" w:type="dxa"/>
            </w:tcMar>
            <w:shd w:fill="F7FBFE"/>
          </w:tcPr>
          <w:p w:rsidP="29E7934E" w14:paraId="6DDD3A01" wp14:textId="77777777">
            <w:pPr>
              <w:spacing w:after="40"/>
              <w:rPr>
                <w:rFonts w:ascii="Arial" w:hAnsi="Arial" w:eastAsia="Arial" w:cs="Arial"/>
                <w:b w:val="0"/>
                <w:bCs w:val="0"/>
                <w:i w:val="0"/>
                <w:iCs w:val="0"/>
                <w:color w:val="66788A"/>
                <w:sz w:val="21"/>
                <w:szCs w:val="21"/>
              </w:rPr>
            </w:pPr>
            <w:sdt>
              <w:sdtPr>
                <w:id w:val="1524048800"/>
                <w:text/>
                <w:alias w:val="HOST_NAME"/>
                <w:tag w:val="HOST_NAME"/>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bl>
    <w:p xmlns:wp14="http://schemas.microsoft.com/office/word/2010/wordml" w:rsidP="29E7934E" w14:paraId="5F65C51C" wp14:textId="77777777">
      <w:pPr>
        <w:pStyle w:val="Heading2"/>
        <w:spacing w:before="160" w:after="100"/>
        <w:pBdr>
          <w:bottom w:val="single" w:color="AFC4D4" w:sz="6" w:space="3"/>
        </w:pBdr>
        <w:rPr>
          <w:rFonts w:ascii="Arial" w:hAnsi="Arial" w:eastAsia="Arial" w:cs="Arial"/>
          <w:b w:val="1"/>
          <w:bCs w:val="1"/>
          <w:i w:val="0"/>
          <w:iCs w:val="0"/>
          <w:color w:val="2F6B9A"/>
          <w:sz w:val="23"/>
          <w:szCs w:val="23"/>
        </w:rPr>
      </w:pPr>
      <w:r w:rsidRPr="29E7934E" w:rsidR="29E7934E">
        <w:rPr>
          <w:rFonts w:ascii="Arial" w:hAnsi="Arial" w:eastAsia="Arial" w:cs="Arial"/>
          <w:b w:val="1"/>
          <w:bCs w:val="1"/>
          <w:i w:val="0"/>
          <w:iCs w:val="0"/>
          <w:color w:val="2F6B9A"/>
          <w:sz w:val="23"/>
          <w:szCs w:val="23"/>
        </w:rPr>
        <w:t>3. How is the host’s work relevant to your proposed research?</w:t>
      </w:r>
    </w:p>
    <w:p xmlns:wp14="http://schemas.microsoft.com/office/word/2010/wordml" w:rsidP="29E7934E" w14:paraId="575D6AFC" wp14:textId="77777777">
      <w:pPr>
        <w:spacing w:after="80"/>
        <w:rPr>
          <w:rFonts w:ascii="Arial" w:hAnsi="Arial" w:eastAsia="Arial" w:cs="Arial"/>
          <w:b w:val="0"/>
          <w:bCs w:val="0"/>
          <w:i w:val="0"/>
          <w:iCs w:val="0"/>
          <w:color w:val="52667A"/>
          <w:sz w:val="19"/>
          <w:szCs w:val="19"/>
        </w:rPr>
      </w:pPr>
      <w:r w:rsidRPr="29E7934E" w:rsidR="29E7934E">
        <w:rPr>
          <w:rFonts w:ascii="Arial" w:hAnsi="Arial" w:eastAsia="Arial" w:cs="Arial"/>
          <w:b w:val="0"/>
          <w:bCs w:val="0"/>
          <w:i w:val="0"/>
          <w:iCs w:val="0"/>
          <w:color w:val="52667A"/>
          <w:sz w:val="19"/>
          <w:szCs w:val="19"/>
        </w:rPr>
        <w:t>Briefly explain the connection between the host’s expertise and your proposed area of research.</w:t>
      </w:r>
    </w:p>
    <w:tbl>
      <w:tblPr>
        <w:tblW w:w="0" w:type="auto"/>
        <w:jc w:val="center"/>
        <w:tblLayout w:type="fixed"/>
        <w:tblLook w:val="04A0" w:firstRow="1" w:lastRow="0" w:firstColumn="1" w:lastColumn="0" w:noHBand="0" w:noVBand="1"/>
        <w:tblBorders>
          <w:top w:val="single" w:color="B8C7D4" w:sz="8"/>
          <w:left w:val="single" w:color="B8C7D4" w:sz="8"/>
          <w:bottom w:val="single" w:color="B8C7D4" w:sz="8"/>
          <w:right w:val="single" w:color="B8C7D4" w:sz="8"/>
          <w:insideH w:val="single" w:color="D7E0E7" w:sz="6"/>
          <w:insideV w:val="single" w:color="D7E0E7" w:sz="6"/>
        </w:tblBorders>
      </w:tblPr>
      <w:tblGrid>
        <w:gridCol w:w="9792"/>
      </w:tblGrid>
      <w:tr xmlns:wp14="http://schemas.microsoft.com/office/word/2010/wordml" w:rsidTr="29E7934E" w14:paraId="2A4A3129" wp14:textId="77777777">
        <w:tc>
          <w:tcPr>
            <w:tcW w:w="10080" w:type="dxa"/>
            <w:shd w:val="clear" w:color="auto" w:fill="F7FBFE"/>
            <w:tcMar>
              <w:top w:w="120" w:type="dxa"/>
              <w:left w:w="145" w:type="dxa"/>
              <w:start w:w="145" w:type="dxa"/>
              <w:bottom w:w="120" w:type="dxa"/>
              <w:right w:w="145" w:type="dxa"/>
              <w:end w:w="145" w:type="dxa"/>
            </w:tcMar>
            <w:vAlign w:val="center"/>
          </w:tcPr>
          <w:p w:rsidP="29E7934E" w14:paraId="45061FF0" wp14:textId="77777777">
            <w:pPr>
              <w:spacing w:after="40"/>
              <w:rPr>
                <w:rFonts w:ascii="Arial" w:hAnsi="Arial" w:eastAsia="Arial" w:cs="Arial"/>
                <w:b w:val="0"/>
                <w:bCs w:val="0"/>
                <w:i w:val="0"/>
                <w:iCs w:val="0"/>
                <w:color w:val="66788A"/>
                <w:sz w:val="21"/>
                <w:szCs w:val="21"/>
              </w:rPr>
            </w:pPr>
            <w:sdt>
              <w:sdtPr>
                <w:id w:val="527897062"/>
                <w:text/>
                <w:alias w:val="HOST_RELEVANCE"/>
                <w:tag w:val="HOST_RELEVANCE"/>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p w:rsidP="29E7934E" w14:paraId="23DD831B"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28CE8CB7"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1895D3B7"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p w:rsidP="29E7934E" w14:paraId="7FDE0BDC"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 xml:space="preserve"> </w:t>
            </w:r>
          </w:p>
        </w:tc>
      </w:tr>
    </w:tbl>
    <w:p xmlns:wp14="http://schemas.microsoft.com/office/word/2010/wordml" w:rsidP="29E7934E" w14:paraId="6CC25542" wp14:textId="77777777">
      <w:pPr>
        <w:pStyle w:val="Heading1"/>
        <w:spacing w:before="200" w:after="120" w:line="259" w:lineRule="auto"/>
        <w:shd w:fill="EAF2F8"/>
        <w:pBdr>
          <w:left w:val="single" w:color="2F6B9A" w:sz="18" w:space="6"/>
        </w:pBdr>
        <w:ind w:left="173" w:right="72"/>
        <w:rPr>
          <w:rFonts w:ascii="Arial" w:hAnsi="Arial" w:eastAsia="Arial" w:cs="Arial"/>
          <w:b w:val="1"/>
          <w:bCs w:val="1"/>
          <w:i w:val="0"/>
          <w:iCs w:val="0"/>
          <w:color w:val="1F3A5F"/>
          <w:sz w:val="28"/>
          <w:szCs w:val="28"/>
        </w:rPr>
      </w:pPr>
      <w:r w:rsidRPr="29E7934E" w:rsidR="29E7934E">
        <w:rPr>
          <w:rFonts w:ascii="Arial" w:hAnsi="Arial" w:eastAsia="Arial" w:cs="Arial"/>
          <w:b w:val="1"/>
          <w:bCs w:val="1"/>
          <w:i w:val="0"/>
          <w:iCs w:val="0"/>
          <w:color w:val="1F3A5F"/>
          <w:sz w:val="28"/>
          <w:szCs w:val="28"/>
        </w:rPr>
        <w:t>Funding</w:t>
      </w:r>
    </w:p>
    <w:p xmlns:wp14="http://schemas.microsoft.com/office/word/2010/wordml" w:rsidP="29E7934E" w14:paraId="0698C3B2" wp14:textId="77777777">
      <w:pPr>
        <w:spacing w:before="0" w:after="80" w:line="259" w:lineRule="auto"/>
        <w:rPr>
          <w:rFonts w:ascii="Arial" w:hAnsi="Arial" w:eastAsia="Arial" w:cs="Arial"/>
          <w:b w:val="0"/>
          <w:bCs w:val="0"/>
          <w:i w:val="0"/>
          <w:iCs w:val="0"/>
          <w:color w:val="172B4D"/>
          <w:sz w:val="21"/>
          <w:szCs w:val="21"/>
        </w:rPr>
      </w:pPr>
      <w:r w:rsidRPr="29E7934E" w:rsidR="29E7934E">
        <w:rPr>
          <w:rFonts w:ascii="Arial" w:hAnsi="Arial" w:eastAsia="Arial" w:cs="Arial"/>
          <w:b w:val="0"/>
          <w:bCs w:val="0"/>
          <w:i w:val="0"/>
          <w:iCs w:val="0"/>
          <w:color w:val="172B4D"/>
          <w:sz w:val="21"/>
          <w:szCs w:val="21"/>
        </w:rPr>
        <w:t>Have you secured or applied for any financial support for your visit? Add an X beside Yes or No.</w:t>
      </w:r>
    </w:p>
    <w:p xmlns:wp14="http://schemas.microsoft.com/office/word/2010/wordml" w:rsidP="29E7934E" w14:paraId="6CA59050" wp14:textId="77777777">
      <w:pPr>
        <w:spacing w:after="100"/>
        <w:rPr>
          <w:rFonts w:ascii="Arial" w:hAnsi="Arial" w:eastAsia="Arial" w:cs="Arial"/>
          <w:b w:val="1"/>
          <w:bCs w:val="1"/>
          <w:i w:val="0"/>
          <w:iCs w:val="0"/>
          <w:color w:val="172B4D"/>
          <w:sz w:val="22"/>
          <w:szCs w:val="22"/>
        </w:rPr>
      </w:pPr>
      <w:r w:rsidRPr="29E7934E" w:rsidR="29E7934E">
        <w:rPr>
          <w:rFonts w:ascii="Arial" w:hAnsi="Arial" w:eastAsia="Arial" w:cs="Arial"/>
          <w:b w:val="1"/>
          <w:bCs w:val="1"/>
          <w:i w:val="0"/>
          <w:iCs w:val="0"/>
          <w:color w:val="172B4D"/>
          <w:sz w:val="22"/>
          <w:szCs w:val="22"/>
        </w:rPr>
        <w:t>☐ Yes     ☐ No</w:t>
      </w:r>
    </w:p>
    <w:p xmlns:wp14="http://schemas.microsoft.com/office/word/2010/wordml" w:rsidP="29E7934E" w14:paraId="5976F683" wp14:textId="77777777">
      <w:pPr>
        <w:keepNext w:val="1"/>
        <w:spacing w:before="0" w:after="100" w:line="259" w:lineRule="auto"/>
        <w:rPr>
          <w:rFonts w:ascii="Arial" w:hAnsi="Arial" w:eastAsia="Arial" w:cs="Arial"/>
          <w:b w:val="0"/>
          <w:bCs w:val="0"/>
          <w:i w:val="0"/>
          <w:iCs w:val="0"/>
          <w:color w:val="172B4D"/>
          <w:sz w:val="21"/>
          <w:szCs w:val="21"/>
        </w:rPr>
      </w:pPr>
      <w:r w:rsidRPr="29E7934E" w:rsidR="29E7934E">
        <w:rPr>
          <w:rFonts w:ascii="Arial" w:hAnsi="Arial" w:eastAsia="Arial" w:cs="Arial"/>
          <w:b w:val="0"/>
          <w:bCs w:val="0"/>
          <w:i w:val="0"/>
          <w:iCs w:val="0"/>
          <w:color w:val="172B4D"/>
          <w:sz w:val="21"/>
          <w:szCs w:val="21"/>
        </w:rPr>
        <w:t>If yes, provide details below. Include institutional support, grants, subsidies or other funding.</w:t>
      </w:r>
    </w:p>
    <w:tbl>
      <w:tblPr>
        <w:tblW w:w="0" w:type="auto"/>
        <w:jc w:val="center"/>
        <w:tblLayout w:type="fixed"/>
        <w:tblLook w:val="04A0" w:firstRow="1" w:lastRow="0" w:firstColumn="1" w:lastColumn="0" w:noHBand="0" w:noVBand="1"/>
        <w:tblBorders>
          <w:top w:val="single" w:color="B8C7D4" w:sz="8"/>
          <w:left w:val="single" w:color="B8C7D4" w:sz="8"/>
          <w:bottom w:val="single" w:color="B8C7D4" w:sz="8"/>
          <w:right w:val="single" w:color="B8C7D4" w:sz="8"/>
          <w:insideH w:val="single" w:color="D7E0E7" w:sz="6"/>
          <w:insideV w:val="single" w:color="D7E0E7" w:sz="6"/>
        </w:tblBorders>
      </w:tblPr>
      <w:tblGrid>
        <w:gridCol w:w="3384"/>
        <w:gridCol w:w="6408"/>
      </w:tblGrid>
      <w:tr xmlns:wp14="http://schemas.microsoft.com/office/word/2010/wordml" w:rsidTr="29E7934E" w14:paraId="333CFDF7" wp14:textId="77777777">
        <w:trPr>
          <w:cantSplit/>
        </w:trPr>
        <w:tc>
          <w:tcPr>
            <w:tcW w:w="3384" w:type="dxa"/>
            <w:tcMar/>
            <w:vAlign w:val="center"/>
            <w:tcMar>
              <w:top w:w="120" w:type="dxa"/>
              <w:start w:w="145" w:type="dxa"/>
              <w:bottom w:w="120" w:type="dxa"/>
              <w:end w:w="145" w:type="dxa"/>
            </w:tcMar>
            <w:shd w:fill="F5F7F9"/>
          </w:tcPr>
          <w:p w:rsidP="29E7934E" w14:paraId="474CB872"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Funding source</w:t>
            </w:r>
          </w:p>
        </w:tc>
        <w:tc>
          <w:tcPr>
            <w:tcW w:w="6408" w:type="dxa"/>
            <w:tcMar/>
            <w:vAlign w:val="center"/>
            <w:tcMar>
              <w:top w:w="120" w:type="dxa"/>
              <w:start w:w="145" w:type="dxa"/>
              <w:bottom w:w="120" w:type="dxa"/>
              <w:end w:w="145" w:type="dxa"/>
            </w:tcMar>
            <w:shd w:fill="F7FBFE"/>
          </w:tcPr>
          <w:p w:rsidP="29E7934E" w14:paraId="1723A6E5" wp14:textId="77777777">
            <w:pPr>
              <w:spacing w:after="40"/>
              <w:rPr>
                <w:rFonts w:ascii="Arial" w:hAnsi="Arial" w:eastAsia="Arial" w:cs="Arial"/>
                <w:b w:val="0"/>
                <w:bCs w:val="0"/>
                <w:i w:val="0"/>
                <w:iCs w:val="0"/>
                <w:color w:val="66788A"/>
                <w:sz w:val="21"/>
                <w:szCs w:val="21"/>
              </w:rPr>
            </w:pPr>
            <w:sdt>
              <w:sdtPr>
                <w:id w:val="1146233194"/>
                <w:text/>
                <w:alias w:val="FUNDING_SOURCE"/>
                <w:tag w:val="FUNDING_SOURCE"/>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2F95B2D9" wp14:textId="77777777">
        <w:trPr>
          <w:cantSplit/>
        </w:trPr>
        <w:tc>
          <w:tcPr>
            <w:tcW w:w="3384" w:type="dxa"/>
            <w:tcMar/>
            <w:vAlign w:val="center"/>
            <w:tcMar>
              <w:top w:w="120" w:type="dxa"/>
              <w:start w:w="145" w:type="dxa"/>
              <w:bottom w:w="120" w:type="dxa"/>
              <w:end w:w="145" w:type="dxa"/>
            </w:tcMar>
            <w:shd w:fill="F5F7F9"/>
          </w:tcPr>
          <w:p w:rsidP="29E7934E" w14:paraId="22D934F8"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Amount and currency</w:t>
            </w:r>
          </w:p>
        </w:tc>
        <w:tc>
          <w:tcPr>
            <w:tcW w:w="6408" w:type="dxa"/>
            <w:tcMar/>
            <w:vAlign w:val="center"/>
            <w:tcMar>
              <w:top w:w="120" w:type="dxa"/>
              <w:start w:w="145" w:type="dxa"/>
              <w:bottom w:w="120" w:type="dxa"/>
              <w:end w:w="145" w:type="dxa"/>
            </w:tcMar>
            <w:shd w:fill="F7FBFE"/>
          </w:tcPr>
          <w:p w:rsidP="29E7934E" w14:paraId="168C295A" wp14:textId="77777777">
            <w:pPr>
              <w:spacing w:after="40"/>
              <w:rPr>
                <w:rFonts w:ascii="Arial" w:hAnsi="Arial" w:eastAsia="Arial" w:cs="Arial"/>
                <w:b w:val="0"/>
                <w:bCs w:val="0"/>
                <w:i w:val="0"/>
                <w:iCs w:val="0"/>
                <w:color w:val="66788A"/>
                <w:sz w:val="21"/>
                <w:szCs w:val="21"/>
              </w:rPr>
            </w:pPr>
            <w:sdt>
              <w:sdtPr>
                <w:id w:val="2062799313"/>
                <w:text/>
                <w:alias w:val="FUNDING_AMOUNT"/>
                <w:tag w:val="FUNDING_AMOUNT"/>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0C71AAA0" wp14:textId="77777777">
        <w:trPr>
          <w:cantSplit/>
        </w:trPr>
        <w:tc>
          <w:tcPr>
            <w:tcW w:w="3384" w:type="dxa"/>
            <w:tcMar/>
            <w:vAlign w:val="center"/>
            <w:tcMar>
              <w:top w:w="120" w:type="dxa"/>
              <w:start w:w="145" w:type="dxa"/>
              <w:bottom w:w="120" w:type="dxa"/>
              <w:end w:w="145" w:type="dxa"/>
            </w:tcMar>
            <w:shd w:fill="F5F7F9"/>
          </w:tcPr>
          <w:p w:rsidP="29E7934E" w14:paraId="1B9FBFDD"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Status</w:t>
            </w:r>
          </w:p>
        </w:tc>
        <w:tc>
          <w:tcPr>
            <w:tcW w:w="6408" w:type="dxa"/>
            <w:tcMar/>
            <w:vAlign w:val="center"/>
            <w:tcMar>
              <w:top w:w="120" w:type="dxa"/>
              <w:start w:w="145" w:type="dxa"/>
              <w:bottom w:w="120" w:type="dxa"/>
              <w:end w:w="145" w:type="dxa"/>
            </w:tcMar>
            <w:shd w:fill="F7FBFE"/>
          </w:tcPr>
          <w:p w:rsidP="29E7934E" w14:paraId="0E120829" wp14:textId="77777777">
            <w:pPr>
              <w:spacing w:after="40"/>
              <w:rPr>
                <w:rFonts w:ascii="Arial" w:hAnsi="Arial" w:eastAsia="Arial" w:cs="Arial"/>
                <w:b w:val="0"/>
                <w:bCs w:val="0"/>
                <w:i w:val="0"/>
                <w:iCs w:val="0"/>
                <w:color w:val="66788A"/>
                <w:sz w:val="21"/>
                <w:szCs w:val="21"/>
              </w:rPr>
            </w:pPr>
            <w:sdt>
              <w:sdtPr>
                <w:id w:val="2125336851"/>
                <w:text/>
                <w:alias w:val="FUNDING_STATUS"/>
                <w:tag w:val="FUNDING_STATUS"/>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05DACCA3" wp14:textId="77777777">
        <w:trPr>
          <w:cantSplit/>
        </w:trPr>
        <w:tc>
          <w:tcPr>
            <w:tcW w:w="3384" w:type="dxa"/>
            <w:tcMar/>
            <w:vAlign w:val="center"/>
            <w:tcMar>
              <w:top w:w="120" w:type="dxa"/>
              <w:start w:w="145" w:type="dxa"/>
              <w:bottom w:w="120" w:type="dxa"/>
              <w:end w:w="145" w:type="dxa"/>
            </w:tcMar>
            <w:shd w:fill="F5F7F9"/>
          </w:tcPr>
          <w:p w:rsidP="29E7934E" w14:paraId="3E1D715A"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Decision date, if pending (DD/MM/YYYY)</w:t>
            </w:r>
          </w:p>
        </w:tc>
        <w:tc>
          <w:tcPr>
            <w:tcW w:w="6408" w:type="dxa"/>
            <w:tcMar/>
            <w:vAlign w:val="center"/>
            <w:tcMar>
              <w:top w:w="120" w:type="dxa"/>
              <w:start w:w="145" w:type="dxa"/>
              <w:bottom w:w="120" w:type="dxa"/>
              <w:end w:w="145" w:type="dxa"/>
            </w:tcMar>
            <w:shd w:fill="F7FBFE"/>
          </w:tcPr>
          <w:p w:rsidP="29E7934E" w14:paraId="72E03EFD" wp14:textId="77777777">
            <w:pPr>
              <w:spacing w:after="40"/>
              <w:rPr>
                <w:rFonts w:ascii="Arial" w:hAnsi="Arial" w:eastAsia="Arial" w:cs="Arial"/>
                <w:b w:val="0"/>
                <w:bCs w:val="0"/>
                <w:i w:val="0"/>
                <w:iCs w:val="0"/>
                <w:color w:val="66788A"/>
                <w:sz w:val="21"/>
                <w:szCs w:val="21"/>
              </w:rPr>
            </w:pPr>
            <w:sdt>
              <w:sdtPr>
                <w:id w:val="142907314"/>
                <w:text/>
                <w:alias w:val="FUNDING_DECISION_DATE"/>
                <w:tag w:val="FUNDING_DECISION_DATE"/>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bl>
    <w:p xmlns:wp14="http://schemas.microsoft.com/office/word/2010/wordml" w:rsidP="29E7934E" w14:paraId="0D4DFAF0" wp14:textId="77777777">
      <w:pPr>
        <w:pStyle w:val="Heading1"/>
        <w:spacing w:before="200" w:after="120" w:line="259" w:lineRule="auto"/>
        <w:pageBreakBefore/>
        <w:shd w:fill="EAF2F8"/>
        <w:pBdr>
          <w:left w:val="single" w:color="2F6B9A" w:sz="18" w:space="6"/>
        </w:pBdr>
        <w:ind w:left="173" w:right="72"/>
        <w:rPr>
          <w:rFonts w:ascii="Arial" w:hAnsi="Arial" w:eastAsia="Arial" w:cs="Arial"/>
          <w:b w:val="1"/>
          <w:bCs w:val="1"/>
          <w:i w:val="0"/>
          <w:iCs w:val="0"/>
          <w:color w:val="1F3A5F"/>
          <w:sz w:val="28"/>
          <w:szCs w:val="28"/>
        </w:rPr>
      </w:pPr>
      <w:r w:rsidRPr="29E7934E" w:rsidR="29E7934E">
        <w:rPr>
          <w:rFonts w:ascii="Arial" w:hAnsi="Arial" w:eastAsia="Arial" w:cs="Arial"/>
          <w:b w:val="1"/>
          <w:bCs w:val="1"/>
          <w:i w:val="0"/>
          <w:iCs w:val="0"/>
          <w:color w:val="1F3A5F"/>
          <w:sz w:val="28"/>
          <w:szCs w:val="28"/>
        </w:rPr>
        <w:t>Referees</w:t>
      </w:r>
    </w:p>
    <w:p xmlns:wp14="http://schemas.microsoft.com/office/word/2010/wordml" w:rsidP="29E7934E" w14:paraId="43851857" wp14:textId="77777777">
      <w:pPr>
        <w:keepNext w:val="1"/>
        <w:spacing w:before="0" w:after="120" w:line="259" w:lineRule="auto"/>
        <w:rPr>
          <w:rFonts w:ascii="Arial" w:hAnsi="Arial" w:eastAsia="Arial" w:cs="Arial"/>
          <w:b w:val="0"/>
          <w:bCs w:val="0"/>
          <w:i w:val="0"/>
          <w:iCs w:val="0"/>
          <w:color w:val="172B4D"/>
          <w:sz w:val="21"/>
          <w:szCs w:val="21"/>
        </w:rPr>
      </w:pPr>
      <w:r w:rsidRPr="29E7934E" w:rsidR="29E7934E">
        <w:rPr>
          <w:rFonts w:ascii="Arial" w:hAnsi="Arial" w:eastAsia="Arial" w:cs="Arial"/>
          <w:b w:val="0"/>
          <w:bCs w:val="0"/>
          <w:i w:val="0"/>
          <w:iCs w:val="0"/>
          <w:color w:val="172B4D"/>
          <w:sz w:val="21"/>
          <w:szCs w:val="21"/>
        </w:rPr>
        <w:t>Please attach two references and provide each referee’s details below.</w:t>
      </w:r>
    </w:p>
    <w:p xmlns:wp14="http://schemas.microsoft.com/office/word/2010/wordml" w:rsidP="29E7934E" w14:paraId="00EA6CE1" wp14:textId="77777777">
      <w:pPr>
        <w:pStyle w:val="Heading2"/>
        <w:pBdr>
          <w:bottom w:val="single" w:color="AFC4D4" w:sz="6" w:space="3"/>
        </w:pBdr>
        <w:spacing w:before="160" w:after="100"/>
        <w:rPr>
          <w:rFonts w:ascii="Arial" w:hAnsi="Arial" w:eastAsia="Arial" w:cs="Arial"/>
          <w:b w:val="1"/>
          <w:bCs w:val="1"/>
          <w:i w:val="0"/>
          <w:iCs w:val="0"/>
          <w:color w:val="2F6B9A"/>
          <w:sz w:val="23"/>
          <w:szCs w:val="23"/>
        </w:rPr>
      </w:pPr>
      <w:r w:rsidRPr="29E7934E" w:rsidR="29E7934E">
        <w:rPr>
          <w:rFonts w:ascii="Arial" w:hAnsi="Arial" w:eastAsia="Arial" w:cs="Arial"/>
          <w:b w:val="1"/>
          <w:bCs w:val="1"/>
          <w:i w:val="0"/>
          <w:iCs w:val="0"/>
          <w:color w:val="2F6B9A"/>
          <w:sz w:val="23"/>
          <w:szCs w:val="23"/>
        </w:rPr>
        <w:t>Referee 1</w:t>
      </w:r>
    </w:p>
    <w:tbl>
      <w:tblPr>
        <w:tblW w:w="0" w:type="auto"/>
        <w:jc w:val="center"/>
        <w:tblLayout w:type="fixed"/>
        <w:tblLook w:val="04A0" w:firstRow="1" w:lastRow="0" w:firstColumn="1" w:lastColumn="0" w:noHBand="0" w:noVBand="1"/>
        <w:tblBorders>
          <w:top w:val="single" w:color="B8C7D4" w:sz="8"/>
          <w:left w:val="single" w:color="B8C7D4" w:sz="8"/>
          <w:bottom w:val="single" w:color="B8C7D4" w:sz="8"/>
          <w:right w:val="single" w:color="B8C7D4" w:sz="8"/>
          <w:insideH w:val="single" w:color="D7E0E7" w:sz="6"/>
          <w:insideV w:val="single" w:color="D7E0E7" w:sz="6"/>
        </w:tblBorders>
      </w:tblPr>
      <w:tblGrid>
        <w:gridCol w:w="3384"/>
        <w:gridCol w:w="6408"/>
      </w:tblGrid>
      <w:tr xmlns:wp14="http://schemas.microsoft.com/office/word/2010/wordml" w:rsidTr="29E7934E" w14:paraId="2AFA0438" wp14:textId="77777777">
        <w:trPr>
          <w:cantSplit/>
        </w:trPr>
        <w:tc>
          <w:tcPr>
            <w:tcW w:w="3384" w:type="dxa"/>
            <w:tcMar/>
            <w:vAlign w:val="center"/>
            <w:tcMar>
              <w:top w:w="120" w:type="dxa"/>
              <w:start w:w="145" w:type="dxa"/>
              <w:bottom w:w="120" w:type="dxa"/>
              <w:end w:w="145" w:type="dxa"/>
            </w:tcMar>
            <w:shd w:fill="F5F7F9"/>
          </w:tcPr>
          <w:p w:rsidP="29E7934E" w14:paraId="7D99162C"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Full name</w:t>
            </w:r>
          </w:p>
        </w:tc>
        <w:tc>
          <w:tcPr>
            <w:tcW w:w="6408" w:type="dxa"/>
            <w:tcMar/>
            <w:vAlign w:val="center"/>
            <w:tcMar>
              <w:top w:w="120" w:type="dxa"/>
              <w:start w:w="145" w:type="dxa"/>
              <w:bottom w:w="120" w:type="dxa"/>
              <w:end w:w="145" w:type="dxa"/>
            </w:tcMar>
            <w:shd w:fill="F7FBFE"/>
          </w:tcPr>
          <w:p w:rsidP="29E7934E" w14:paraId="657D882E" wp14:textId="77777777">
            <w:pPr>
              <w:spacing w:after="40"/>
              <w:rPr>
                <w:rFonts w:ascii="Arial" w:hAnsi="Arial" w:eastAsia="Arial" w:cs="Arial"/>
                <w:b w:val="0"/>
                <w:bCs w:val="0"/>
                <w:i w:val="0"/>
                <w:iCs w:val="0"/>
                <w:color w:val="66788A"/>
                <w:sz w:val="21"/>
                <w:szCs w:val="21"/>
              </w:rPr>
            </w:pPr>
            <w:sdt>
              <w:sdtPr>
                <w:id w:val="54173184"/>
                <w:text/>
                <w:alias w:val="REF1_NAME"/>
                <w:tag w:val="REF1_NAME"/>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67A62DBB" wp14:textId="77777777">
        <w:trPr>
          <w:cantSplit/>
        </w:trPr>
        <w:tc>
          <w:tcPr>
            <w:tcW w:w="3384" w:type="dxa"/>
            <w:tcMar/>
            <w:vAlign w:val="center"/>
            <w:tcMar>
              <w:top w:w="120" w:type="dxa"/>
              <w:start w:w="145" w:type="dxa"/>
              <w:bottom w:w="120" w:type="dxa"/>
              <w:end w:w="145" w:type="dxa"/>
            </w:tcMar>
            <w:shd w:fill="F5F7F9"/>
          </w:tcPr>
          <w:p w:rsidP="29E7934E" w14:paraId="115B2F95"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Professional position</w:t>
            </w:r>
          </w:p>
        </w:tc>
        <w:tc>
          <w:tcPr>
            <w:tcW w:w="6408" w:type="dxa"/>
            <w:tcMar/>
            <w:vAlign w:val="center"/>
            <w:tcMar>
              <w:top w:w="120" w:type="dxa"/>
              <w:start w:w="145" w:type="dxa"/>
              <w:bottom w:w="120" w:type="dxa"/>
              <w:end w:w="145" w:type="dxa"/>
            </w:tcMar>
            <w:shd w:fill="F7FBFE"/>
          </w:tcPr>
          <w:p w:rsidP="29E7934E" w14:paraId="4FB1A7A2" wp14:textId="77777777">
            <w:pPr>
              <w:spacing w:after="40"/>
              <w:rPr>
                <w:rFonts w:ascii="Arial" w:hAnsi="Arial" w:eastAsia="Arial" w:cs="Arial"/>
                <w:b w:val="0"/>
                <w:bCs w:val="0"/>
                <w:i w:val="0"/>
                <w:iCs w:val="0"/>
                <w:color w:val="66788A"/>
                <w:sz w:val="21"/>
                <w:szCs w:val="21"/>
              </w:rPr>
            </w:pPr>
            <w:sdt>
              <w:sdtPr>
                <w:id w:val="256410977"/>
                <w:text/>
                <w:alias w:val="REF1_POSITION"/>
                <w:tag w:val="REF1_POSITION"/>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7403893B" wp14:textId="77777777">
        <w:trPr>
          <w:cantSplit/>
        </w:trPr>
        <w:tc>
          <w:tcPr>
            <w:tcW w:w="3384" w:type="dxa"/>
            <w:tcMar/>
            <w:vAlign w:val="center"/>
            <w:tcMar>
              <w:top w:w="120" w:type="dxa"/>
              <w:start w:w="145" w:type="dxa"/>
              <w:bottom w:w="120" w:type="dxa"/>
              <w:end w:w="145" w:type="dxa"/>
            </w:tcMar>
            <w:shd w:fill="F5F7F9"/>
          </w:tcPr>
          <w:p w:rsidP="29E7934E" w14:paraId="4041547B"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Email address</w:t>
            </w:r>
          </w:p>
        </w:tc>
        <w:tc>
          <w:tcPr>
            <w:tcW w:w="6408" w:type="dxa"/>
            <w:tcMar/>
            <w:vAlign w:val="center"/>
            <w:tcMar>
              <w:top w:w="120" w:type="dxa"/>
              <w:start w:w="145" w:type="dxa"/>
              <w:bottom w:w="120" w:type="dxa"/>
              <w:end w:w="145" w:type="dxa"/>
            </w:tcMar>
            <w:shd w:fill="F7FBFE"/>
          </w:tcPr>
          <w:p w:rsidP="29E7934E" w14:paraId="28F49B89" wp14:textId="15E68A39">
            <w:pPr>
              <w:spacing w:after="40"/>
              <w:rPr>
                <w:rFonts w:ascii="Arial" w:hAnsi="Arial" w:eastAsia="Arial" w:cs="Arial"/>
                <w:b w:val="0"/>
                <w:bCs w:val="0"/>
                <w:i w:val="0"/>
                <w:iCs w:val="0"/>
                <w:color w:val="66788A"/>
                <w:sz w:val="21"/>
                <w:szCs w:val="21"/>
              </w:rPr>
            </w:pPr>
            <w:sdt>
              <w:sdtPr>
                <w:id w:val="966688042"/>
                <w:text/>
                <w:alias w:val="REF1_EMAIL"/>
                <w:tag w:val="REF1_EMAIL"/>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bl>
    <w:p xmlns:wp14="http://schemas.microsoft.com/office/word/2010/wordml" w:rsidP="29E7934E" w14:paraId="5DAB6C7B" wp14:textId="77777777">
      <w:pPr>
        <w:spacing w:before="0" w:after="60" w:line="259" w:lineRule="auto"/>
        <w:rPr>
          <w:rFonts w:ascii="Arial" w:hAnsi="Arial" w:eastAsia="Arial" w:cs="Arial"/>
        </w:rPr>
      </w:pPr>
    </w:p>
    <w:p xmlns:wp14="http://schemas.microsoft.com/office/word/2010/wordml" w:rsidP="29E7934E" w14:paraId="0E814E65" wp14:textId="77777777">
      <w:pPr>
        <w:pStyle w:val="Heading2"/>
        <w:pBdr>
          <w:bottom w:val="single" w:color="AFC4D4" w:sz="6" w:space="3"/>
        </w:pBdr>
        <w:spacing w:before="160" w:after="100"/>
        <w:rPr>
          <w:rFonts w:ascii="Arial" w:hAnsi="Arial" w:eastAsia="Arial" w:cs="Arial"/>
          <w:b w:val="1"/>
          <w:bCs w:val="1"/>
          <w:i w:val="0"/>
          <w:iCs w:val="0"/>
          <w:color w:val="2F6B9A"/>
          <w:sz w:val="23"/>
          <w:szCs w:val="23"/>
        </w:rPr>
      </w:pPr>
      <w:r w:rsidRPr="29E7934E" w:rsidR="29E7934E">
        <w:rPr>
          <w:rFonts w:ascii="Arial" w:hAnsi="Arial" w:eastAsia="Arial" w:cs="Arial"/>
          <w:b w:val="1"/>
          <w:bCs w:val="1"/>
          <w:i w:val="0"/>
          <w:iCs w:val="0"/>
          <w:color w:val="2F6B9A"/>
          <w:sz w:val="23"/>
          <w:szCs w:val="23"/>
        </w:rPr>
        <w:t>Referee 2</w:t>
      </w:r>
    </w:p>
    <w:tbl>
      <w:tblPr>
        <w:tblW w:w="0" w:type="auto"/>
        <w:jc w:val="center"/>
        <w:tblLayout w:type="fixed"/>
        <w:tblLook w:val="04A0" w:firstRow="1" w:lastRow="0" w:firstColumn="1" w:lastColumn="0" w:noHBand="0" w:noVBand="1"/>
        <w:tblBorders>
          <w:top w:val="single" w:color="B8C7D4" w:sz="8"/>
          <w:left w:val="single" w:color="B8C7D4" w:sz="8"/>
          <w:bottom w:val="single" w:color="B8C7D4" w:sz="8"/>
          <w:right w:val="single" w:color="B8C7D4" w:sz="8"/>
          <w:insideH w:val="single" w:color="D7E0E7" w:sz="6"/>
          <w:insideV w:val="single" w:color="D7E0E7" w:sz="6"/>
        </w:tblBorders>
      </w:tblPr>
      <w:tblGrid>
        <w:gridCol w:w="3384"/>
        <w:gridCol w:w="6408"/>
      </w:tblGrid>
      <w:tr xmlns:wp14="http://schemas.microsoft.com/office/word/2010/wordml" w:rsidTr="29E7934E" w14:paraId="4A5C4F42" wp14:textId="77777777">
        <w:trPr>
          <w:cantSplit/>
        </w:trPr>
        <w:tc>
          <w:tcPr>
            <w:tcW w:w="3384" w:type="dxa"/>
            <w:tcMar/>
            <w:vAlign w:val="center"/>
            <w:tcMar>
              <w:top w:w="120" w:type="dxa"/>
              <w:start w:w="145" w:type="dxa"/>
              <w:bottom w:w="120" w:type="dxa"/>
              <w:end w:w="145" w:type="dxa"/>
            </w:tcMar>
            <w:shd w:fill="F5F7F9"/>
          </w:tcPr>
          <w:p w:rsidP="29E7934E" w14:paraId="17480B6E"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Full name</w:t>
            </w:r>
          </w:p>
        </w:tc>
        <w:tc>
          <w:tcPr>
            <w:tcW w:w="6408" w:type="dxa"/>
            <w:tcMar/>
            <w:vAlign w:val="center"/>
            <w:tcMar>
              <w:top w:w="120" w:type="dxa"/>
              <w:start w:w="145" w:type="dxa"/>
              <w:bottom w:w="120" w:type="dxa"/>
              <w:end w:w="145" w:type="dxa"/>
            </w:tcMar>
            <w:shd w:fill="F7FBFE"/>
          </w:tcPr>
          <w:p w:rsidP="29E7934E" w14:paraId="6C6EEE09" wp14:textId="77777777">
            <w:pPr>
              <w:spacing w:after="40"/>
              <w:rPr>
                <w:rFonts w:ascii="Arial" w:hAnsi="Arial" w:eastAsia="Arial" w:cs="Arial"/>
                <w:b w:val="0"/>
                <w:bCs w:val="0"/>
                <w:i w:val="0"/>
                <w:iCs w:val="0"/>
                <w:color w:val="66788A"/>
                <w:sz w:val="21"/>
                <w:szCs w:val="21"/>
              </w:rPr>
            </w:pPr>
            <w:sdt>
              <w:sdtPr>
                <w:id w:val="1729289643"/>
                <w:text/>
                <w:alias w:val="REF2_NAME"/>
                <w:tag w:val="REF2_NAME"/>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1A0F68E0" wp14:textId="77777777">
        <w:trPr>
          <w:cantSplit/>
        </w:trPr>
        <w:tc>
          <w:tcPr>
            <w:tcW w:w="3384" w:type="dxa"/>
            <w:tcMar/>
            <w:vAlign w:val="center"/>
            <w:tcMar>
              <w:top w:w="120" w:type="dxa"/>
              <w:start w:w="145" w:type="dxa"/>
              <w:bottom w:w="120" w:type="dxa"/>
              <w:end w:w="145" w:type="dxa"/>
            </w:tcMar>
            <w:shd w:fill="F5F7F9"/>
          </w:tcPr>
          <w:p w:rsidP="29E7934E" w14:paraId="789FED22"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Professional position</w:t>
            </w:r>
          </w:p>
        </w:tc>
        <w:tc>
          <w:tcPr>
            <w:tcW w:w="6408" w:type="dxa"/>
            <w:tcMar/>
            <w:vAlign w:val="center"/>
            <w:tcMar>
              <w:top w:w="120" w:type="dxa"/>
              <w:start w:w="145" w:type="dxa"/>
              <w:bottom w:w="120" w:type="dxa"/>
              <w:end w:w="145" w:type="dxa"/>
            </w:tcMar>
            <w:shd w:fill="F7FBFE"/>
          </w:tcPr>
          <w:p w:rsidP="29E7934E" w14:paraId="426E1C5A" wp14:textId="77777777">
            <w:pPr>
              <w:spacing w:after="40"/>
              <w:rPr>
                <w:rFonts w:ascii="Arial" w:hAnsi="Arial" w:eastAsia="Arial" w:cs="Arial"/>
                <w:b w:val="0"/>
                <w:bCs w:val="0"/>
                <w:i w:val="0"/>
                <w:iCs w:val="0"/>
                <w:color w:val="66788A"/>
                <w:sz w:val="21"/>
                <w:szCs w:val="21"/>
              </w:rPr>
            </w:pPr>
            <w:sdt>
              <w:sdtPr>
                <w:id w:val="1528774947"/>
                <w:text/>
                <w:alias w:val="REF2_POSITION"/>
                <w:tag w:val="REF2_POSITION"/>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r xmlns:wp14="http://schemas.microsoft.com/office/word/2010/wordml" w:rsidTr="29E7934E" w14:paraId="08D708AA" wp14:textId="77777777">
        <w:trPr>
          <w:cantSplit/>
        </w:trPr>
        <w:tc>
          <w:tcPr>
            <w:tcW w:w="3384" w:type="dxa"/>
            <w:tcMar/>
            <w:vAlign w:val="center"/>
            <w:tcMar>
              <w:top w:w="120" w:type="dxa"/>
              <w:start w:w="145" w:type="dxa"/>
              <w:bottom w:w="120" w:type="dxa"/>
              <w:end w:w="145" w:type="dxa"/>
            </w:tcMar>
            <w:shd w:fill="F5F7F9"/>
          </w:tcPr>
          <w:p w:rsidP="29E7934E" w14:paraId="02EA7BBC"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Email address</w:t>
            </w:r>
          </w:p>
        </w:tc>
        <w:tc>
          <w:tcPr>
            <w:tcW w:w="6408" w:type="dxa"/>
            <w:tcMar/>
            <w:vAlign w:val="center"/>
            <w:tcMar>
              <w:top w:w="120" w:type="dxa"/>
              <w:start w:w="145" w:type="dxa"/>
              <w:bottom w:w="120" w:type="dxa"/>
              <w:end w:w="145" w:type="dxa"/>
            </w:tcMar>
            <w:shd w:fill="F7FBFE"/>
          </w:tcPr>
          <w:p w:rsidP="29E7934E" w14:paraId="346C7EBB" wp14:textId="77777777">
            <w:pPr>
              <w:spacing w:after="40"/>
              <w:rPr>
                <w:rFonts w:ascii="Arial" w:hAnsi="Arial" w:eastAsia="Arial" w:cs="Arial"/>
                <w:b w:val="0"/>
                <w:bCs w:val="0"/>
                <w:i w:val="0"/>
                <w:iCs w:val="0"/>
                <w:color w:val="66788A"/>
                <w:sz w:val="21"/>
                <w:szCs w:val="21"/>
              </w:rPr>
            </w:pPr>
            <w:sdt>
              <w:sdtPr>
                <w:id w:val="2106705074"/>
                <w:text/>
                <w:alias w:val="REF2_EMAIL"/>
                <w:tag w:val="REF2_EMAIL"/>
                <w:placeholder>
                  <w:docPart w:val="DefaultPlaceholder_1081868574"/>
                </w:placeholder>
                <w:rPr>
                  <w:rFonts w:ascii="Arial" w:hAnsi="Arial" w:eastAsia="Arial" w:cs="Arial"/>
                  <w:b w:val="0"/>
                  <w:bCs w:val="0"/>
                  <w:i w:val="0"/>
                  <w:iCs w:val="0"/>
                  <w:color w:val="66788A"/>
                  <w:sz w:val="21"/>
                  <w:szCs w:val="21"/>
                </w:rPr>
              </w:sdtPr>
              <w:sdtContent>
                <w:r w:rsidRPr="29E7934E" w:rsidR="29E7934E">
                  <w:rPr>
                    <w:rFonts w:ascii="Arial" w:hAnsi="Arial" w:eastAsia="Arial" w:cs="Arial"/>
                    <w:b w:val="0"/>
                    <w:bCs w:val="0"/>
                    <w:i w:val="0"/>
                    <w:iCs w:val="0"/>
                    <w:color w:val="66788A"/>
                    <w:sz w:val="21"/>
                    <w:szCs w:val="21"/>
                  </w:rPr>
                  <w:t>Enter your response</w:t>
                </w:r>
              </w:sdtContent>
            </w:sdt>
          </w:p>
        </w:tc>
      </w:tr>
    </w:tbl>
    <w:p xmlns:wp14="http://schemas.microsoft.com/office/word/2010/wordml" w:rsidP="29E7934E" w14:paraId="02EB378F" wp14:textId="77777777">
      <w:pPr>
        <w:rPr>
          <w:rFonts w:ascii="Arial" w:hAnsi="Arial" w:eastAsia="Arial" w:cs="Arial"/>
        </w:rPr>
      </w:pPr>
      <w:r w:rsidRPr="29E7934E">
        <w:rPr>
          <w:rFonts w:ascii="Arial" w:hAnsi="Arial" w:eastAsia="Arial" w:cs="Arial"/>
        </w:rPr>
        <w:br w:type="page"/>
      </w:r>
    </w:p>
    <w:p xmlns:wp14="http://schemas.microsoft.com/office/word/2010/wordml" w:rsidP="29E7934E" w14:paraId="20B44B2B" wp14:textId="77777777">
      <w:pPr>
        <w:pStyle w:val="Heading1"/>
        <w:spacing w:before="200" w:after="120" w:line="259" w:lineRule="auto"/>
        <w:shd w:fill="EAF2F8"/>
        <w:pBdr>
          <w:left w:val="single" w:color="2F6B9A" w:sz="18" w:space="6"/>
        </w:pBdr>
        <w:ind w:left="173" w:right="72"/>
        <w:rPr>
          <w:rFonts w:ascii="Arial" w:hAnsi="Arial" w:eastAsia="Arial" w:cs="Arial"/>
          <w:b w:val="1"/>
          <w:bCs w:val="1"/>
          <w:i w:val="0"/>
          <w:iCs w:val="0"/>
          <w:color w:val="1F3A5F"/>
          <w:sz w:val="28"/>
          <w:szCs w:val="28"/>
        </w:rPr>
      </w:pPr>
      <w:r w:rsidRPr="29E7934E" w:rsidR="29E7934E">
        <w:rPr>
          <w:rFonts w:ascii="Arial" w:hAnsi="Arial" w:eastAsia="Arial" w:cs="Arial"/>
          <w:b w:val="1"/>
          <w:bCs w:val="1"/>
          <w:i w:val="0"/>
          <w:iCs w:val="0"/>
          <w:color w:val="1F3A5F"/>
          <w:sz w:val="28"/>
          <w:szCs w:val="28"/>
        </w:rPr>
        <w:t>Application checklist</w:t>
      </w:r>
    </w:p>
    <w:p xmlns:wp14="http://schemas.microsoft.com/office/word/2010/wordml" w:rsidP="29E7934E" w14:paraId="3F009E11" wp14:textId="77777777">
      <w:pPr>
        <w:spacing w:before="0" w:after="140" w:line="259" w:lineRule="auto"/>
        <w:rPr>
          <w:rFonts w:ascii="Arial" w:hAnsi="Arial" w:eastAsia="Arial" w:cs="Arial"/>
          <w:b w:val="0"/>
          <w:bCs w:val="0"/>
          <w:i w:val="0"/>
          <w:iCs w:val="0"/>
          <w:color w:val="172B4D"/>
          <w:sz w:val="21"/>
          <w:szCs w:val="21"/>
        </w:rPr>
      </w:pPr>
      <w:r w:rsidRPr="29E7934E" w:rsidR="29E7934E">
        <w:rPr>
          <w:rFonts w:ascii="Arial" w:hAnsi="Arial" w:eastAsia="Arial" w:cs="Arial"/>
          <w:b w:val="0"/>
          <w:bCs w:val="0"/>
          <w:i w:val="0"/>
          <w:iCs w:val="0"/>
          <w:color w:val="172B4D"/>
          <w:sz w:val="21"/>
          <w:szCs w:val="21"/>
        </w:rPr>
        <w:t>Before submitting your application, check that you have included each item. Add an X beside each item, or mark the boxes after printing.</w:t>
      </w:r>
    </w:p>
    <w:tbl>
      <w:tblPr>
        <w:tblW w:w="0" w:type="auto"/>
        <w:jc w:val="center"/>
        <w:tblLayout w:type="fixed"/>
        <w:tblLook w:val="04A0" w:firstRow="1" w:lastRow="0" w:firstColumn="1" w:lastColumn="0" w:noHBand="0" w:noVBand="1"/>
        <w:tblBorders>
          <w:top w:val="single" w:color="B8C7D4" w:sz="8"/>
          <w:left w:val="single" w:color="B8C7D4" w:sz="8"/>
          <w:bottom w:val="single" w:color="B8C7D4" w:sz="8"/>
          <w:right w:val="single" w:color="B8C7D4" w:sz="8"/>
          <w:insideH w:val="single" w:color="D7E0E7" w:sz="6"/>
          <w:insideV w:val="single" w:color="D7E0E7" w:sz="6"/>
        </w:tblBorders>
      </w:tblPr>
      <w:tblGrid>
        <w:gridCol w:w="792"/>
        <w:gridCol w:w="9000"/>
      </w:tblGrid>
      <w:tr xmlns:wp14="http://schemas.microsoft.com/office/word/2010/wordml" w:rsidTr="29E7934E" w14:paraId="14F6DD15" wp14:textId="77777777">
        <w:tc>
          <w:tcPr>
            <w:tcW w:w="5040" w:type="dxa"/>
            <w:tcMar>
              <w:top w:w="120" w:type="dxa"/>
              <w:left w:w="145" w:type="dxa"/>
              <w:start w:w="145" w:type="dxa"/>
              <w:bottom w:w="120" w:type="dxa"/>
              <w:right w:w="145" w:type="dxa"/>
              <w:end w:w="145" w:type="dxa"/>
            </w:tcMar>
            <w:vAlign w:val="center"/>
            <w:shd w:fill="EAF2F8"/>
          </w:tcPr>
          <w:p w:rsidP="29E7934E" w14:paraId="0D1C84E6" wp14:textId="77777777">
            <w:pPr>
              <w:spacing w:after="40"/>
              <w:jc w:val="center"/>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w:t>
            </w:r>
          </w:p>
        </w:tc>
        <w:tc>
          <w:tcPr>
            <w:tcW w:w="5040" w:type="dxa"/>
            <w:tcMar>
              <w:top w:w="120" w:type="dxa"/>
              <w:left w:w="145" w:type="dxa"/>
              <w:start w:w="145" w:type="dxa"/>
              <w:bottom w:w="120" w:type="dxa"/>
              <w:right w:w="145" w:type="dxa"/>
              <w:end w:w="145" w:type="dxa"/>
            </w:tcMar>
            <w:vAlign w:val="center"/>
            <w:shd w:fill="FFFFFF"/>
          </w:tcPr>
          <w:p w:rsidP="29E7934E" w14:paraId="4EF385BD"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Completed application form</w:t>
            </w:r>
          </w:p>
          <w:p w:rsidP="29E7934E" w14:paraId="7F9D08D2"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This document has been completed.</w:t>
            </w:r>
          </w:p>
        </w:tc>
      </w:tr>
    </w:tbl>
    <w:p xmlns:wp14="http://schemas.microsoft.com/office/word/2010/wordml" w:rsidP="29E7934E" w14:paraId="6A05A809" wp14:textId="77777777">
      <w:pPr>
        <w:spacing w:before="0" w:after="40" w:line="259" w:lineRule="auto"/>
        <w:rPr>
          <w:rFonts w:ascii="Arial" w:hAnsi="Arial" w:eastAsia="Arial" w:cs="Arial"/>
        </w:rPr>
      </w:pPr>
    </w:p>
    <w:tbl>
      <w:tblPr>
        <w:tblW w:w="0" w:type="auto"/>
        <w:jc w:val="center"/>
        <w:tblLayout w:type="fixed"/>
        <w:tblLook w:val="04A0" w:firstRow="1" w:lastRow="0" w:firstColumn="1" w:lastColumn="0" w:noHBand="0" w:noVBand="1"/>
        <w:tblBorders>
          <w:top w:val="single" w:color="B8C7D4" w:sz="8"/>
          <w:left w:val="single" w:color="B8C7D4" w:sz="8"/>
          <w:bottom w:val="single" w:color="B8C7D4" w:sz="8"/>
          <w:right w:val="single" w:color="B8C7D4" w:sz="8"/>
          <w:insideH w:val="single" w:color="D7E0E7" w:sz="6"/>
          <w:insideV w:val="single" w:color="D7E0E7" w:sz="6"/>
        </w:tblBorders>
      </w:tblPr>
      <w:tblGrid>
        <w:gridCol w:w="792"/>
        <w:gridCol w:w="9000"/>
      </w:tblGrid>
      <w:tr xmlns:wp14="http://schemas.microsoft.com/office/word/2010/wordml" w:rsidTr="29E7934E" w14:paraId="32DABD96" wp14:textId="77777777">
        <w:tc>
          <w:tcPr>
            <w:tcW w:w="5040" w:type="dxa"/>
            <w:tcMar>
              <w:top w:w="120" w:type="dxa"/>
              <w:left w:w="145" w:type="dxa"/>
              <w:start w:w="145" w:type="dxa"/>
              <w:bottom w:w="120" w:type="dxa"/>
              <w:right w:w="145" w:type="dxa"/>
              <w:end w:w="145" w:type="dxa"/>
            </w:tcMar>
            <w:vAlign w:val="center"/>
            <w:shd w:fill="EAF2F8"/>
          </w:tcPr>
          <w:p w:rsidP="29E7934E" w14:paraId="412DD878" wp14:textId="77777777">
            <w:pPr>
              <w:spacing w:after="40"/>
              <w:jc w:val="center"/>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w:t>
            </w:r>
          </w:p>
        </w:tc>
        <w:tc>
          <w:tcPr>
            <w:tcW w:w="5040" w:type="dxa"/>
            <w:tcMar>
              <w:top w:w="120" w:type="dxa"/>
              <w:left w:w="145" w:type="dxa"/>
              <w:start w:w="145" w:type="dxa"/>
              <w:bottom w:w="120" w:type="dxa"/>
              <w:right w:w="145" w:type="dxa"/>
              <w:end w:w="145" w:type="dxa"/>
            </w:tcMar>
            <w:vAlign w:val="center"/>
            <w:shd w:fill="FFFFFF"/>
          </w:tcPr>
          <w:p w:rsidP="29E7934E" w14:paraId="43DCA746"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Letter of support</w:t>
            </w:r>
          </w:p>
          <w:p w:rsidP="29E7934E" w14:paraId="3942D35F"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A letter from your School of Education contact or proposed academic host. It should explain how your visit will contribute to research in the School and name any School staff with whom you have previously had academic contact.</w:t>
            </w:r>
          </w:p>
        </w:tc>
      </w:tr>
    </w:tbl>
    <w:p xmlns:wp14="http://schemas.microsoft.com/office/word/2010/wordml" w:rsidP="29E7934E" w14:paraId="5A39BBE3" wp14:textId="77777777">
      <w:pPr>
        <w:spacing w:before="0" w:after="40" w:line="259" w:lineRule="auto"/>
        <w:rPr>
          <w:rFonts w:ascii="Arial" w:hAnsi="Arial" w:eastAsia="Arial" w:cs="Arial"/>
        </w:rPr>
      </w:pPr>
    </w:p>
    <w:tbl>
      <w:tblPr>
        <w:tblW w:w="0" w:type="auto"/>
        <w:jc w:val="center"/>
        <w:tblLayout w:type="fixed"/>
        <w:tblLook w:val="04A0" w:firstRow="1" w:lastRow="0" w:firstColumn="1" w:lastColumn="0" w:noHBand="0" w:noVBand="1"/>
        <w:tblBorders>
          <w:top w:val="single" w:color="B8C7D4" w:sz="8"/>
          <w:left w:val="single" w:color="B8C7D4" w:sz="8"/>
          <w:bottom w:val="single" w:color="B8C7D4" w:sz="8"/>
          <w:right w:val="single" w:color="B8C7D4" w:sz="8"/>
          <w:insideH w:val="single" w:color="D7E0E7" w:sz="6"/>
          <w:insideV w:val="single" w:color="D7E0E7" w:sz="6"/>
        </w:tblBorders>
      </w:tblPr>
      <w:tblGrid>
        <w:gridCol w:w="792"/>
        <w:gridCol w:w="9000"/>
      </w:tblGrid>
      <w:tr xmlns:wp14="http://schemas.microsoft.com/office/word/2010/wordml" w:rsidTr="29E7934E" w14:paraId="03364456" wp14:textId="77777777">
        <w:tc>
          <w:tcPr>
            <w:tcW w:w="5040" w:type="dxa"/>
            <w:tcMar>
              <w:top w:w="120" w:type="dxa"/>
              <w:left w:w="145" w:type="dxa"/>
              <w:start w:w="145" w:type="dxa"/>
              <w:bottom w:w="120" w:type="dxa"/>
              <w:right w:w="145" w:type="dxa"/>
              <w:end w:w="145" w:type="dxa"/>
            </w:tcMar>
            <w:vAlign w:val="center"/>
            <w:shd w:fill="EAF2F8"/>
          </w:tcPr>
          <w:p w:rsidP="29E7934E" w14:paraId="4053F9D1" wp14:textId="77777777">
            <w:pPr>
              <w:spacing w:after="40"/>
              <w:jc w:val="center"/>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w:t>
            </w:r>
          </w:p>
        </w:tc>
        <w:tc>
          <w:tcPr>
            <w:tcW w:w="5040" w:type="dxa"/>
            <w:tcMar>
              <w:top w:w="120" w:type="dxa"/>
              <w:left w:w="145" w:type="dxa"/>
              <w:start w:w="145" w:type="dxa"/>
              <w:bottom w:w="120" w:type="dxa"/>
              <w:right w:w="145" w:type="dxa"/>
              <w:end w:w="145" w:type="dxa"/>
            </w:tcMar>
            <w:vAlign w:val="center"/>
            <w:shd w:fill="FFFFFF"/>
          </w:tcPr>
          <w:p w:rsidP="29E7934E" w14:paraId="46D3F454"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Curriculum vitae</w:t>
            </w:r>
          </w:p>
          <w:p w:rsidP="29E7934E" w14:paraId="54C0BC79"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Include a list of publications.</w:t>
            </w:r>
          </w:p>
        </w:tc>
      </w:tr>
    </w:tbl>
    <w:p xmlns:wp14="http://schemas.microsoft.com/office/word/2010/wordml" w:rsidP="29E7934E" w14:paraId="41C8F396" wp14:textId="77777777">
      <w:pPr>
        <w:spacing w:before="0" w:after="40" w:line="259" w:lineRule="auto"/>
        <w:rPr>
          <w:rFonts w:ascii="Arial" w:hAnsi="Arial" w:eastAsia="Arial" w:cs="Arial"/>
        </w:rPr>
      </w:pPr>
    </w:p>
    <w:tbl>
      <w:tblPr>
        <w:tblW w:w="0" w:type="auto"/>
        <w:jc w:val="center"/>
        <w:tblLayout w:type="fixed"/>
        <w:tblLook w:val="04A0" w:firstRow="1" w:lastRow="0" w:firstColumn="1" w:lastColumn="0" w:noHBand="0" w:noVBand="1"/>
        <w:tblBorders>
          <w:top w:val="single" w:color="B8C7D4" w:sz="8"/>
          <w:left w:val="single" w:color="B8C7D4" w:sz="8"/>
          <w:bottom w:val="single" w:color="B8C7D4" w:sz="8"/>
          <w:right w:val="single" w:color="B8C7D4" w:sz="8"/>
          <w:insideH w:val="single" w:color="D7E0E7" w:sz="6"/>
          <w:insideV w:val="single" w:color="D7E0E7" w:sz="6"/>
        </w:tblBorders>
      </w:tblPr>
      <w:tblGrid>
        <w:gridCol w:w="792"/>
        <w:gridCol w:w="9000"/>
      </w:tblGrid>
      <w:tr xmlns:wp14="http://schemas.microsoft.com/office/word/2010/wordml" w:rsidTr="29E7934E" w14:paraId="70F3DC69" wp14:textId="77777777">
        <w:tc>
          <w:tcPr>
            <w:tcW w:w="5040" w:type="dxa"/>
            <w:tcMar>
              <w:top w:w="120" w:type="dxa"/>
              <w:left w:w="145" w:type="dxa"/>
              <w:start w:w="145" w:type="dxa"/>
              <w:bottom w:w="120" w:type="dxa"/>
              <w:right w:w="145" w:type="dxa"/>
              <w:end w:w="145" w:type="dxa"/>
            </w:tcMar>
            <w:vAlign w:val="center"/>
            <w:shd w:fill="EAF2F8"/>
          </w:tcPr>
          <w:p w:rsidP="29E7934E" w14:paraId="14E8EB90" wp14:textId="77777777">
            <w:pPr>
              <w:spacing w:after="40"/>
              <w:jc w:val="center"/>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w:t>
            </w:r>
          </w:p>
        </w:tc>
        <w:tc>
          <w:tcPr>
            <w:tcW w:w="5040" w:type="dxa"/>
            <w:tcMar>
              <w:top w:w="120" w:type="dxa"/>
              <w:left w:w="145" w:type="dxa"/>
              <w:start w:w="145" w:type="dxa"/>
              <w:bottom w:w="120" w:type="dxa"/>
              <w:right w:w="145" w:type="dxa"/>
              <w:end w:w="145" w:type="dxa"/>
            </w:tcMar>
            <w:vAlign w:val="center"/>
            <w:shd w:fill="FFFFFF"/>
          </w:tcPr>
          <w:p w:rsidP="29E7934E" w14:paraId="5D572F74"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Two references</w:t>
            </w:r>
          </w:p>
          <w:p w:rsidP="29E7934E" w14:paraId="3917C515"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Attach both references to your application.</w:t>
            </w:r>
          </w:p>
        </w:tc>
      </w:tr>
    </w:tbl>
    <w:p xmlns:wp14="http://schemas.microsoft.com/office/word/2010/wordml" w:rsidP="29E7934E" w14:paraId="72A3D3EC" wp14:textId="77777777">
      <w:pPr>
        <w:spacing w:before="0" w:after="40" w:line="259" w:lineRule="auto"/>
        <w:rPr>
          <w:rFonts w:ascii="Arial" w:hAnsi="Arial" w:eastAsia="Arial" w:cs="Arial"/>
        </w:rPr>
      </w:pPr>
    </w:p>
    <w:tbl>
      <w:tblPr>
        <w:tblW w:w="0" w:type="auto"/>
        <w:jc w:val="center"/>
        <w:tblLayout w:type="fixed"/>
        <w:tblLook w:val="04A0" w:firstRow="1" w:lastRow="0" w:firstColumn="1" w:lastColumn="0" w:noHBand="0" w:noVBand="1"/>
        <w:tblBorders>
          <w:top w:val="single" w:color="B8C7D4" w:sz="8"/>
          <w:left w:val="single" w:color="B8C7D4" w:sz="8"/>
          <w:bottom w:val="single" w:color="B8C7D4" w:sz="8"/>
          <w:right w:val="single" w:color="B8C7D4" w:sz="8"/>
          <w:insideH w:val="single" w:color="D7E0E7" w:sz="6"/>
          <w:insideV w:val="single" w:color="D7E0E7" w:sz="6"/>
        </w:tblBorders>
      </w:tblPr>
      <w:tblGrid>
        <w:gridCol w:w="792"/>
        <w:gridCol w:w="9000"/>
      </w:tblGrid>
      <w:tr xmlns:wp14="http://schemas.microsoft.com/office/word/2010/wordml" w:rsidTr="29E7934E" w14:paraId="0169E270" wp14:textId="77777777">
        <w:tc>
          <w:tcPr>
            <w:tcW w:w="5040" w:type="dxa"/>
            <w:tcMar>
              <w:top w:w="120" w:type="dxa"/>
              <w:left w:w="145" w:type="dxa"/>
              <w:start w:w="145" w:type="dxa"/>
              <w:bottom w:w="120" w:type="dxa"/>
              <w:right w:w="145" w:type="dxa"/>
              <w:end w:w="145" w:type="dxa"/>
            </w:tcMar>
            <w:vAlign w:val="center"/>
            <w:shd w:fill="EAF2F8"/>
          </w:tcPr>
          <w:p w:rsidP="29E7934E" w14:paraId="351D0424" wp14:textId="77777777">
            <w:pPr>
              <w:spacing w:after="40"/>
              <w:jc w:val="center"/>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w:t>
            </w:r>
          </w:p>
        </w:tc>
        <w:tc>
          <w:tcPr>
            <w:tcW w:w="5040" w:type="dxa"/>
            <w:tcMar>
              <w:top w:w="120" w:type="dxa"/>
              <w:left w:w="145" w:type="dxa"/>
              <w:start w:w="145" w:type="dxa"/>
              <w:bottom w:w="120" w:type="dxa"/>
              <w:right w:w="145" w:type="dxa"/>
              <w:end w:w="145" w:type="dxa"/>
            </w:tcMar>
            <w:vAlign w:val="center"/>
            <w:shd w:fill="FFFFFF"/>
          </w:tcPr>
          <w:p w:rsidP="29E7934E" w14:paraId="2776028C"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Evidence of English language proficiency</w:t>
            </w:r>
          </w:p>
          <w:p w:rsidP="29E7934E" w14:paraId="10B3AA19" wp14:textId="77777777">
            <w:pPr>
              <w:spacing w:after="40"/>
              <w:rPr>
                <w:rFonts w:ascii="Arial" w:hAnsi="Arial" w:eastAsia="Arial" w:cs="Arial"/>
                <w:b w:val="0"/>
                <w:bCs w:val="0"/>
                <w:i w:val="0"/>
                <w:iCs w:val="0"/>
                <w:color w:val="172B4D"/>
                <w:sz w:val="20"/>
                <w:szCs w:val="20"/>
              </w:rPr>
            </w:pPr>
            <w:r w:rsidRPr="29E7934E" w:rsidR="29E7934E">
              <w:rPr>
                <w:rFonts w:ascii="Arial" w:hAnsi="Arial" w:eastAsia="Arial" w:cs="Arial"/>
                <w:b w:val="0"/>
                <w:bCs w:val="0"/>
                <w:i w:val="0"/>
                <w:iCs w:val="0"/>
                <w:color w:val="172B4D"/>
                <w:sz w:val="20"/>
                <w:szCs w:val="20"/>
              </w:rPr>
              <w:t>Provide evidence that you have sufficient spoken and written English to conduct your research and participate in School activities throughout your visit.</w:t>
            </w:r>
          </w:p>
        </w:tc>
      </w:tr>
    </w:tbl>
    <w:p xmlns:wp14="http://schemas.microsoft.com/office/word/2010/wordml" w:rsidP="29E7934E" w14:paraId="0D0B940D" wp14:textId="77777777">
      <w:pPr>
        <w:spacing w:before="0" w:after="40" w:line="259" w:lineRule="auto"/>
        <w:rPr>
          <w:rFonts w:ascii="Arial" w:hAnsi="Arial" w:eastAsia="Arial" w:cs="Arial"/>
        </w:rPr>
      </w:pPr>
    </w:p>
    <w:p xmlns:wp14="http://schemas.microsoft.com/office/word/2010/wordml" w:rsidP="29E7934E" w14:paraId="20CFE153" wp14:textId="77777777">
      <w:pPr>
        <w:pStyle w:val="Heading1"/>
        <w:spacing w:before="200" w:after="120" w:line="259" w:lineRule="auto"/>
        <w:shd w:fill="EAF2F8"/>
        <w:pBdr>
          <w:left w:val="single" w:color="2F6B9A" w:sz="18" w:space="6"/>
        </w:pBdr>
        <w:ind w:left="173" w:right="72"/>
        <w:rPr>
          <w:rFonts w:ascii="Arial" w:hAnsi="Arial" w:eastAsia="Arial" w:cs="Arial"/>
          <w:b w:val="1"/>
          <w:bCs w:val="1"/>
          <w:i w:val="0"/>
          <w:iCs w:val="0"/>
          <w:color w:val="1F3A5F"/>
          <w:sz w:val="28"/>
          <w:szCs w:val="28"/>
        </w:rPr>
      </w:pPr>
      <w:r w:rsidRPr="29E7934E" w:rsidR="29E7934E">
        <w:rPr>
          <w:rFonts w:ascii="Arial" w:hAnsi="Arial" w:eastAsia="Arial" w:cs="Arial"/>
          <w:b w:val="1"/>
          <w:bCs w:val="1"/>
          <w:i w:val="0"/>
          <w:iCs w:val="0"/>
          <w:color w:val="1F3A5F"/>
          <w:sz w:val="28"/>
          <w:szCs w:val="28"/>
        </w:rPr>
        <w:t>Submit your application</w:t>
      </w:r>
    </w:p>
    <w:tbl>
      <w:tblPr>
        <w:tblW w:w="0" w:type="auto"/>
        <w:tblLook w:val="04A0" w:firstRow="1" w:lastRow="0" w:firstColumn="1" w:lastColumn="0" w:noHBand="0" w:noVBand="1"/>
        <w:tblBorders>
          <w:top w:val="single" w:color="2F6B9A" w:sz="8"/>
          <w:left w:val="single" w:color="2F6B9A" w:sz="8"/>
          <w:bottom w:val="single" w:color="2F6B9A" w:sz="8"/>
          <w:right w:val="single" w:color="2F6B9A" w:sz="8"/>
          <w:insideH w:val="single" w:color="2F6B9A" w:sz="6"/>
          <w:insideV w:val="single" w:color="2F6B9A" w:sz="6"/>
        </w:tblBorders>
      </w:tblPr>
      <w:tblGrid>
        <w:gridCol w:w="10080"/>
      </w:tblGrid>
      <w:tr xmlns:wp14="http://schemas.microsoft.com/office/word/2010/wordml" w:rsidTr="29E7934E" w14:paraId="4790939C" wp14:textId="77777777">
        <w:tc>
          <w:tcPr>
            <w:tcW w:w="10080" w:type="dxa"/>
            <w:shd w:val="clear" w:color="auto" w:fill="EAF2F8"/>
            <w:tcMar>
              <w:top w:w="120" w:type="dxa"/>
              <w:left w:w="145" w:type="dxa"/>
              <w:start w:w="145" w:type="dxa"/>
              <w:bottom w:w="120" w:type="dxa"/>
              <w:right w:w="145" w:type="dxa"/>
              <w:end w:w="145" w:type="dxa"/>
            </w:tcMar>
            <w:vAlign w:val="center"/>
          </w:tcPr>
          <w:p w:rsidP="29E7934E" w14:paraId="5BBDBA09" wp14:textId="77777777">
            <w:pPr>
              <w:spacing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By email (preferred)</w:t>
            </w:r>
          </w:p>
          <w:p w:rsidP="29E7934E" w14:paraId="60891B2F" wp14:textId="44B6E1B8">
            <w:pPr>
              <w:spacing w:after="40"/>
              <w:rPr>
                <w:rFonts w:ascii="Arial" w:hAnsi="Arial" w:eastAsia="Arial" w:cs="Arial"/>
                <w:b w:val="0"/>
                <w:bCs w:val="0"/>
                <w:i w:val="0"/>
                <w:iCs w:val="0"/>
                <w:color w:val="172B4D"/>
                <w:sz w:val="20"/>
                <w:szCs w:val="20"/>
              </w:rPr>
            </w:pPr>
            <w:hyperlink r:id="R46dca1dd65cd4d3f">
              <w:r w:rsidRPr="29E7934E" w:rsidR="29E7934E">
                <w:rPr>
                  <w:rStyle w:val="Hyperlink"/>
                  <w:rFonts w:ascii="Arial" w:hAnsi="Arial" w:eastAsia="Arial" w:cs="Arial"/>
                  <w:b w:val="0"/>
                  <w:bCs w:val="0"/>
                  <w:i w:val="0"/>
                  <w:iCs w:val="0"/>
                </w:rPr>
                <w:t>ed.research@durham.ac.uk</w:t>
              </w:r>
            </w:hyperlink>
            <w:r w:rsidRPr="29E7934E" w:rsidR="29E7934E">
              <w:rPr>
                <w:rFonts w:ascii="Arial" w:hAnsi="Arial" w:eastAsia="Arial" w:cs="Arial"/>
                <w:b w:val="0"/>
                <w:bCs w:val="0"/>
                <w:i w:val="0"/>
                <w:iCs w:val="0"/>
                <w:color w:val="172B4D"/>
                <w:sz w:val="20"/>
                <w:szCs w:val="20"/>
              </w:rPr>
              <w:t xml:space="preserve"> </w:t>
            </w:r>
          </w:p>
          <w:p w:rsidP="29E7934E" w14:paraId="7573F033" wp14:textId="77777777">
            <w:pPr>
              <w:spacing w:before="100" w:after="40"/>
              <w:rPr>
                <w:rFonts w:ascii="Arial" w:hAnsi="Arial" w:eastAsia="Arial" w:cs="Arial"/>
                <w:b w:val="1"/>
                <w:bCs w:val="1"/>
                <w:i w:val="0"/>
                <w:iCs w:val="0"/>
                <w:color w:val="172B4D"/>
                <w:sz w:val="20"/>
                <w:szCs w:val="20"/>
              </w:rPr>
            </w:pPr>
            <w:r w:rsidRPr="29E7934E" w:rsidR="29E7934E">
              <w:rPr>
                <w:rFonts w:ascii="Arial" w:hAnsi="Arial" w:eastAsia="Arial" w:cs="Arial"/>
                <w:b w:val="1"/>
                <w:bCs w:val="1"/>
                <w:i w:val="0"/>
                <w:iCs w:val="0"/>
                <w:color w:val="172B4D"/>
                <w:sz w:val="20"/>
                <w:szCs w:val="20"/>
              </w:rPr>
              <w:t>By post</w:t>
            </w:r>
          </w:p>
          <w:p w:rsidP="29E7934E" w14:paraId="6041C885" wp14:textId="77777777">
            <w:pPr>
              <w:pStyle w:val="Normal"/>
              <w:spacing w:after="40"/>
              <w:rPr>
                <w:rFonts w:ascii="Arial" w:hAnsi="Arial" w:eastAsia="Arial" w:cs="Arial"/>
                <w:sz w:val="20"/>
                <w:szCs w:val="20"/>
              </w:rPr>
            </w:pPr>
            <w:r w:rsidRPr="29E7934E" w:rsidR="29E7934E">
              <w:rPr>
                <w:rFonts w:ascii="Arial" w:hAnsi="Arial" w:eastAsia="Arial" w:cs="Arial"/>
                <w:sz w:val="20"/>
                <w:szCs w:val="20"/>
              </w:rPr>
              <w:t>School of Education, Durham University, Confluence Building, Lower Mountjoy, Stockton Road, Durham, DH1 3LE</w:t>
            </w:r>
          </w:p>
        </w:tc>
      </w:tr>
    </w:tbl>
    <w:p xmlns:wp14="http://schemas.microsoft.com/office/word/2010/wordml" w:rsidP="29E7934E" w14:paraId="55300736" wp14:textId="77777777">
      <w:pPr>
        <w:pStyle w:val="Heading2"/>
        <w:spacing w:before="160" w:after="100" w:line="259" w:lineRule="auto"/>
        <w:pBdr>
          <w:bottom w:val="single" w:color="AFC4D4" w:sz="6" w:space="3"/>
        </w:pBdr>
        <w:rPr>
          <w:rFonts w:ascii="Arial" w:hAnsi="Arial" w:eastAsia="Arial" w:cs="Arial"/>
          <w:b w:val="1"/>
          <w:bCs w:val="1"/>
          <w:i w:val="0"/>
          <w:iCs w:val="0"/>
          <w:color w:val="2F6B9A"/>
          <w:sz w:val="23"/>
          <w:szCs w:val="23"/>
        </w:rPr>
      </w:pPr>
      <w:r w:rsidRPr="29E7934E" w:rsidR="29E7934E">
        <w:rPr>
          <w:rFonts w:ascii="Arial" w:hAnsi="Arial" w:eastAsia="Arial" w:cs="Arial"/>
          <w:b w:val="1"/>
          <w:bCs w:val="1"/>
          <w:i w:val="0"/>
          <w:iCs w:val="0"/>
          <w:color w:val="2F6B9A"/>
          <w:sz w:val="23"/>
          <w:szCs w:val="23"/>
        </w:rPr>
        <w:t>Contact</w:t>
      </w:r>
    </w:p>
    <w:p xmlns:wp14="http://schemas.microsoft.com/office/word/2010/wordml" w:rsidP="29E7934E" w14:paraId="3060D648" wp14:textId="2990C11F">
      <w:pPr>
        <w:spacing w:before="0" w:after="0" w:line="259" w:lineRule="auto"/>
        <w:rPr>
          <w:rFonts w:ascii="Arial" w:hAnsi="Arial" w:eastAsia="Arial" w:cs="Arial"/>
          <w:b w:val="0"/>
          <w:bCs w:val="0"/>
          <w:i w:val="0"/>
          <w:iCs w:val="0"/>
          <w:color w:val="172B4D"/>
          <w:sz w:val="21"/>
          <w:szCs w:val="21"/>
        </w:rPr>
      </w:pPr>
      <w:r w:rsidRPr="29E7934E" w:rsidR="29E7934E">
        <w:rPr>
          <w:rFonts w:ascii="Arial" w:hAnsi="Arial" w:eastAsia="Arial" w:cs="Arial"/>
          <w:b w:val="0"/>
          <w:bCs w:val="0"/>
          <w:i w:val="0"/>
          <w:iCs w:val="0"/>
          <w:color w:val="172B4D"/>
          <w:sz w:val="21"/>
          <w:szCs w:val="21"/>
        </w:rPr>
        <w:t xml:space="preserve">Email: </w:t>
      </w:r>
      <w:hyperlink r:id="R2fdd625940304985">
        <w:r w:rsidRPr="29E7934E" w:rsidR="29E7934E">
          <w:rPr>
            <w:rStyle w:val="Hyperlink"/>
            <w:rFonts w:ascii="Arial" w:hAnsi="Arial" w:eastAsia="Arial" w:cs="Arial"/>
            <w:b w:val="0"/>
            <w:bCs w:val="0"/>
            <w:i w:val="0"/>
            <w:iCs w:val="0"/>
          </w:rPr>
          <w:t>ed.research@durham.ac.uk</w:t>
        </w:r>
      </w:hyperlink>
      <w:r w:rsidRPr="29E7934E" w:rsidR="29E7934E">
        <w:rPr>
          <w:rFonts w:ascii="Arial" w:hAnsi="Arial" w:eastAsia="Arial" w:cs="Arial"/>
          <w:b w:val="0"/>
          <w:bCs w:val="0"/>
          <w:i w:val="0"/>
          <w:iCs w:val="0"/>
          <w:color w:val="172B4D"/>
          <w:sz w:val="21"/>
          <w:szCs w:val="21"/>
        </w:rPr>
        <w:t xml:space="preserve"> </w:t>
      </w:r>
    </w:p>
    <w:sectPr>
      <w:headerReference w:type="default" r:id="rId9"/>
      <w:pgSz w:w="12240" w:h="15840" w:orient="portrait"/>
      <w:pgMar w:top="893" w:right="1037" w:bottom="893" w:left="1037" w:header="360" w:footer="403" w:gutter="0"/>
      <w:cols w:space="720"/>
      <w:docGrid w:linePitch="360"/>
      <w:footerReference w:type="default" r:id="Rf3f1318df85c45d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85"/>
      <w:gridCol w:w="3385"/>
      <w:gridCol w:w="3385"/>
    </w:tblGrid>
    <w:tr w:rsidR="29E7934E" w:rsidTr="29E7934E" w14:paraId="78DDAF01">
      <w:trPr>
        <w:trHeight w:val="300"/>
      </w:trPr>
      <w:tc>
        <w:tcPr>
          <w:tcW w:w="3385" w:type="dxa"/>
          <w:tcMar/>
        </w:tcPr>
        <w:p w:rsidR="29E7934E" w:rsidP="29E7934E" w:rsidRDefault="29E7934E" w14:paraId="275981C8" w14:textId="2E5241A6">
          <w:pPr>
            <w:pStyle w:val="Header"/>
            <w:bidi w:val="0"/>
            <w:ind w:left="-115"/>
            <w:jc w:val="left"/>
          </w:pPr>
        </w:p>
      </w:tc>
      <w:tc>
        <w:tcPr>
          <w:tcW w:w="3385" w:type="dxa"/>
          <w:tcMar/>
        </w:tcPr>
        <w:p w:rsidR="29E7934E" w:rsidP="29E7934E" w:rsidRDefault="29E7934E" w14:paraId="7287C6D4" w14:textId="5CB73BFD">
          <w:pPr>
            <w:pStyle w:val="Header"/>
            <w:bidi w:val="0"/>
            <w:jc w:val="center"/>
          </w:pPr>
        </w:p>
      </w:tc>
      <w:tc>
        <w:tcPr>
          <w:tcW w:w="3385" w:type="dxa"/>
          <w:tcMar/>
        </w:tcPr>
        <w:p w:rsidR="29E7934E" w:rsidP="29E7934E" w:rsidRDefault="29E7934E" w14:paraId="63EF7792" w14:textId="70D52098">
          <w:pPr>
            <w:pStyle w:val="Header"/>
            <w:bidi w:val="0"/>
            <w:ind w:right="-115"/>
            <w:jc w:val="right"/>
          </w:pPr>
          <w:r>
            <w:fldChar w:fldCharType="begin"/>
          </w:r>
          <w:r>
            <w:instrText xml:space="preserve">PAGE</w:instrText>
          </w:r>
          <w:r>
            <w:fldChar w:fldCharType="separate"/>
          </w:r>
          <w:r>
            <w:fldChar w:fldCharType="end"/>
          </w:r>
        </w:p>
      </w:tc>
    </w:tr>
  </w:tbl>
  <w:p w:rsidR="29E7934E" w:rsidP="29E7934E" w:rsidRDefault="29E7934E" w14:paraId="4C6E2E41" w14:textId="5B28B7C8">
    <w:pPr>
      <w:pStyle w:val="Footer"/>
      <w:bidi w:val="0"/>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7CC466D0" wp14:textId="671720A0">
    <w:pPr>
      <w:pStyle w:val="Header"/>
      <w:jc w:val="right"/>
      <w:pBdr>
        <w:bottom w:val="single" w:color="C9D6E0" w:sz="5" w:space="3"/>
      </w:pBdr>
    </w:pPr>
    <w:r w:rsidRPr="29E7934E" w:rsidR="29E7934E">
      <w:rPr>
        <w:rFonts w:ascii="Arial" w:hAnsi="Arial"/>
        <w:b w:val="1"/>
        <w:bCs w:val="1"/>
        <w:i w:val="0"/>
        <w:iCs w:val="0"/>
        <w:color w:val="2F6B9A"/>
        <w:sz w:val="17"/>
        <w:szCs w:val="17"/>
      </w:rPr>
      <w:t xml:space="preserve">School of </w:t>
    </w:r>
    <w:r w:rsidRPr="29E7934E" w:rsidR="29E7934E">
      <w:rPr>
        <w:rFonts w:ascii="Arial" w:hAnsi="Arial"/>
        <w:b w:val="1"/>
        <w:bCs w:val="1"/>
        <w:i w:val="0"/>
        <w:iCs w:val="0"/>
        <w:color w:val="2F6B9A"/>
        <w:sz w:val="17"/>
        <w:szCs w:val="17"/>
      </w:rPr>
      <w:t xml:space="preserve">Education </w:t>
    </w:r>
    <w:r w:rsidRPr="29E7934E" w:rsidR="29E7934E">
      <w:rPr>
        <w:rFonts w:ascii="Arial" w:hAnsi="Arial"/>
        <w:b w:val="1"/>
        <w:bCs w:val="1"/>
        <w:i w:val="0"/>
        <w:iCs w:val="0"/>
        <w:color w:val="2F6B9A"/>
        <w:sz w:val="17"/>
        <w:szCs w:val="17"/>
      </w:rPr>
      <w:t>| Visiting</w:t>
    </w:r>
    <w:r w:rsidRPr="29E7934E" w:rsidR="29E7934E">
      <w:rPr>
        <w:rFonts w:ascii="Arial" w:hAnsi="Arial"/>
        <w:b w:val="1"/>
        <w:bCs w:val="1"/>
        <w:i w:val="0"/>
        <w:iCs w:val="0"/>
        <w:color w:val="2F6B9A"/>
        <w:sz w:val="17"/>
        <w:szCs w:val="17"/>
      </w:rPr>
      <w:t xml:space="preserve"> Scholar </w:t>
    </w:r>
    <w:r w:rsidRPr="29E7934E" w:rsidR="29E7934E">
      <w:rPr>
        <w:rFonts w:ascii="Arial" w:hAnsi="Arial"/>
        <w:b w:val="1"/>
        <w:bCs w:val="1"/>
        <w:i w:val="0"/>
        <w:iCs w:val="0"/>
        <w:color w:val="2F6B9A"/>
        <w:sz w:val="17"/>
        <w:szCs w:val="17"/>
      </w:rPr>
      <w:t>Programme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72F50D8"/>
    <w:rsid w:val="091C62F7"/>
    <w:rsid w:val="29E7934E"/>
    <w:rsid w:val="413B3A95"/>
    <w:rsid w:val="427AAD09"/>
    <w:rsid w:val="427AAD09"/>
    <w:rsid w:val="444A1B7C"/>
    <w:rsid w:val="466A8F9E"/>
    <w:rsid w:val="466A8F9E"/>
    <w:rsid w:val="4A15BA27"/>
    <w:rsid w:val="5BEF8227"/>
    <w:rsid w:val="5BEF8227"/>
    <w:rsid w:val="5D522527"/>
    <w:rsid w:val="5D7E6324"/>
    <w:rsid w:val="60E5B474"/>
    <w:rsid w:val="6139BC67"/>
    <w:rsid w:val="79B229A1"/>
    <w:rsid w:val="79FDEE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62B1FABF-5361-4C27-B591-CEC6F7B046D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Arial" w:hAnsi="Arial"/>
      <w:color w:val="172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Arial" w:hAnsi="Arial" w:asciiTheme="majorHAnsi" w:hAnsiTheme="majorHAnsi" w:eastAsiaTheme="majorEastAsia" w:cstheme="majorBidi"/>
      <w:b/>
      <w:bCs/>
      <w:color w:val="243B53"/>
      <w:sz w:val="30"/>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Arial" w:hAnsi="Arial" w:asciiTheme="majorHAnsi" w:hAnsiTheme="majorHAnsi" w:eastAsiaTheme="majorEastAsia" w:cstheme="majorBidi"/>
      <w:b/>
      <w:bCs/>
      <w:color w:val="2F6B9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pBdr>
        <w:bottom w:val="single" w:color="4F81BD" w:themeColor="accent1" w:sz="8" w:space="4"/>
      </w:pBdr>
      <w:spacing w:before="160" w:after="100" w:line="240" w:lineRule="auto"/>
      <w:contextualSpacing/>
    </w:pPr>
    <w:rPr>
      <w:rFonts w:ascii="Arial" w:hAnsi="Arial" w:asciiTheme="majorHAnsi" w:hAnsiTheme="majorHAnsi" w:eastAsiaTheme="majorEastAsia" w:cstheme="majorBidi"/>
      <w:b/>
      <w:color w:val="243B53"/>
      <w:spacing w:val="5"/>
      <w:kern w:val="28"/>
      <w:sz w:val="4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uiPriority w:val="99"/>
    <w:name w:val="Hyperlink"/>
    <w:basedOn w:val="DefaultParagraphFont"/>
    <w:unhideWhenUsed/>
    <w:rsid w:val="29E7934E"/>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71cf5fe8fde24cc6" Type="http://schemas.openxmlformats.org/officeDocument/2006/relationships/hyperlink" Target="mailto:ed.research@durham.ac.uk" TargetMode="External"/><Relationship Id="R2fdd625940304985" Type="http://schemas.openxmlformats.org/officeDocument/2006/relationships/hyperlink" Target="mailto:ed.research@durham.ac.uk" TargetMode="External"/><Relationship Id="rId12" Type="http://schemas.openxmlformats.org/officeDocument/2006/relationships/customXml" Target="../customXml/item4.xml"/><Relationship Id="rId2" Type="http://schemas.openxmlformats.org/officeDocument/2006/relationships/numbering" Target="numbering.xml"/><Relationship Id="Rf3f1318df85c45d1" Type="http://schemas.openxmlformats.org/officeDocument/2006/relationships/footer" Target="footer2.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ettings" Target="settings.xml"/><Relationship Id="R46dca1dd65cd4d3f" Type="http://schemas.openxmlformats.org/officeDocument/2006/relationships/hyperlink" Target="mailto:ed.research@durham.ac.uk" TargetMode="Externa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8BB6B84A47BFB42AF696D6623E27E3A" ma:contentTypeVersion="16" ma:contentTypeDescription="Create a new document." ma:contentTypeScope="" ma:versionID="3135e4fa221b3c29c2faa051685384b5">
  <xsd:schema xmlns:xsd="http://www.w3.org/2001/XMLSchema" xmlns:xs="http://www.w3.org/2001/XMLSchema" xmlns:p="http://schemas.microsoft.com/office/2006/metadata/properties" xmlns:ns2="152f400c-6479-4597-bd46-cc84b7b5180e" xmlns:ns3="18424149-9c95-4739-98d5-d90279c25da2" targetNamespace="http://schemas.microsoft.com/office/2006/metadata/properties" ma:root="true" ma:fieldsID="d7ecab4434df43a8c44d45783f201c1d" ns2:_="" ns3:_="">
    <xsd:import namespace="152f400c-6479-4597-bd46-cc84b7b5180e"/>
    <xsd:import namespace="18424149-9c95-4739-98d5-d90279c25d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LengthInSeconds" minOccurs="0"/>
                <xsd:element ref="ns3: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f400c-6479-4597-bd46-cc84b7b518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b9403e3-5c4c-4eb3-a132-b264fbbd83ab}" ma:internalName="TaxCatchAll" ma:showField="CatchAllData" ma:web="152f400c-6479-4597-bd46-cc84b7b518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424149-9c95-4739-98d5-d90279c25d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651d785-cc9b-461e-a4c9-c589c330ffe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Links" ma:index="23" nillable="true" ma:displayName="Links" ma:description="Links to further online guidance" ma:format="Hyperlink" ma:internalName="Links">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52f400c-6479-4597-bd46-cc84b7b5180e" xsi:nil="true"/>
    <lcf76f155ced4ddcb4097134ff3c332f xmlns="18424149-9c95-4739-98d5-d90279c25da2">
      <Terms xmlns="http://schemas.microsoft.com/office/infopath/2007/PartnerControls"/>
    </lcf76f155ced4ddcb4097134ff3c332f>
    <Links xmlns="18424149-9c95-4739-98d5-d90279c25da2">
      <Url xsi:nil="true"/>
      <Description xsi:nil="true"/>
    </Link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242799F-AA66-447C-B7E3-7F7992E56157}"/>
</file>

<file path=customXml/itemProps3.xml><?xml version="1.0" encoding="utf-8"?>
<ds:datastoreItem xmlns:ds="http://schemas.openxmlformats.org/officeDocument/2006/customXml" ds:itemID="{C119B762-39CB-4AB2-AEB2-979BFB9B15A1}"/>
</file>

<file path=customXml/itemProps4.xml><?xml version="1.0" encoding="utf-8"?>
<ds:datastoreItem xmlns:ds="http://schemas.openxmlformats.org/officeDocument/2006/customXml" ds:itemID="{94DCAC01-F3F0-467D-ADF4-A187B390AAB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Visiting Scholar application form</dc:title>
  <dc:subject>Accessible application form for the School of Education Visiting Scholar Programme</dc:subject>
  <dc:creator>HIGH, ASHLEY</dc:creator>
  <cp:keywords>Visiting Scholar, application form, School of Education</cp:keywords>
  <dc:description/>
  <cp:lastModifiedBy>HIGH, ASHLEY</cp:lastModifiedBy>
  <cp:revision>2</cp:revision>
  <dcterms:created xsi:type="dcterms:W3CDTF">2026-10-23T08:57:17Z</dcterms:created>
  <dcterms:modified xsi:type="dcterms:W3CDTF">2026-10-23T09:24:44Z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0x01010028BB6B84A47BFB42AF696D6623E27E3A</vt:lpwstr>
  </property>
</Properties>
</file>